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A23A5" w14:textId="77777777" w:rsidR="0062392F" w:rsidRPr="00A71A48" w:rsidRDefault="0062392F" w:rsidP="00A31FA0">
      <w:pPr>
        <w:spacing w:line="360" w:lineRule="auto"/>
        <w:jc w:val="center"/>
        <w:rPr>
          <w:rFonts w:ascii="Verdana" w:hAnsi="Verdana"/>
          <w:sz w:val="28"/>
          <w:szCs w:val="28"/>
        </w:rPr>
      </w:pPr>
      <w:proofErr w:type="spellStart"/>
      <w:r w:rsidRPr="00A71A48">
        <w:rPr>
          <w:rFonts w:ascii="Verdana" w:hAnsi="Verdana"/>
          <w:b/>
          <w:sz w:val="28"/>
          <w:szCs w:val="28"/>
        </w:rPr>
        <w:t>Protestantse</w:t>
      </w:r>
      <w:proofErr w:type="spellEnd"/>
      <w:r w:rsidRPr="00A71A48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A71A48">
        <w:rPr>
          <w:rFonts w:ascii="Verdana" w:hAnsi="Verdana"/>
          <w:b/>
          <w:sz w:val="28"/>
          <w:szCs w:val="28"/>
        </w:rPr>
        <w:t>Gemeente</w:t>
      </w:r>
      <w:proofErr w:type="spellEnd"/>
      <w:r w:rsidRPr="00A71A48">
        <w:rPr>
          <w:rFonts w:ascii="Verdana" w:hAnsi="Verdana"/>
          <w:b/>
          <w:sz w:val="28"/>
          <w:szCs w:val="28"/>
        </w:rPr>
        <w:t xml:space="preserve"> Biddinghuizen</w:t>
      </w:r>
    </w:p>
    <w:p w14:paraId="6A864BFA" w14:textId="77777777" w:rsidR="0062392F" w:rsidRDefault="0062392F" w:rsidP="00A31FA0">
      <w:pPr>
        <w:spacing w:line="360" w:lineRule="auto"/>
        <w:jc w:val="center"/>
        <w:rPr>
          <w:rFonts w:ascii="Verdana" w:hAnsi="Verdana"/>
          <w:sz w:val="28"/>
          <w:szCs w:val="28"/>
        </w:rPr>
      </w:pPr>
      <w:r w:rsidRPr="00A71A48">
        <w:rPr>
          <w:rFonts w:ascii="Verdana" w:hAnsi="Verdana"/>
          <w:sz w:val="28"/>
          <w:szCs w:val="28"/>
        </w:rPr>
        <w:t xml:space="preserve">2 </w:t>
      </w:r>
      <w:proofErr w:type="spellStart"/>
      <w:r w:rsidRPr="00A71A48">
        <w:rPr>
          <w:rFonts w:ascii="Verdana" w:hAnsi="Verdana"/>
          <w:sz w:val="28"/>
          <w:szCs w:val="28"/>
        </w:rPr>
        <w:t>november</w:t>
      </w:r>
      <w:proofErr w:type="spellEnd"/>
      <w:r w:rsidRPr="00A71A48">
        <w:rPr>
          <w:rFonts w:ascii="Verdana" w:hAnsi="Verdana"/>
          <w:sz w:val="28"/>
          <w:szCs w:val="28"/>
        </w:rPr>
        <w:t xml:space="preserve"> 2025</w:t>
      </w:r>
      <w:r w:rsidR="000B0064" w:rsidRPr="00A71A48">
        <w:rPr>
          <w:rFonts w:ascii="Verdana" w:hAnsi="Verdana"/>
          <w:sz w:val="28"/>
          <w:szCs w:val="28"/>
        </w:rPr>
        <w:t xml:space="preserve">, </w:t>
      </w:r>
      <w:r w:rsidRPr="00A71A48">
        <w:rPr>
          <w:rFonts w:ascii="Verdana" w:hAnsi="Verdana"/>
          <w:sz w:val="28"/>
          <w:szCs w:val="28"/>
        </w:rPr>
        <w:t>Zondag ZWO</w:t>
      </w:r>
    </w:p>
    <w:p w14:paraId="3D1DAA42" w14:textId="77777777" w:rsidR="00BA4B33" w:rsidRDefault="00B96783" w:rsidP="00A31FA0">
      <w:pPr>
        <w:spacing w:line="360" w:lineRule="auto"/>
        <w:jc w:val="center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zevende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zondag</w:t>
      </w:r>
      <w:proofErr w:type="spellEnd"/>
      <w:r>
        <w:rPr>
          <w:rFonts w:ascii="Verdana" w:hAnsi="Verdana"/>
          <w:sz w:val="28"/>
          <w:szCs w:val="28"/>
        </w:rPr>
        <w:t xml:space="preserve"> van de </w:t>
      </w:r>
      <w:proofErr w:type="spellStart"/>
      <w:r>
        <w:rPr>
          <w:rFonts w:ascii="Verdana" w:hAnsi="Verdana"/>
          <w:sz w:val="28"/>
          <w:szCs w:val="28"/>
        </w:rPr>
        <w:t>herfst</w:t>
      </w:r>
      <w:proofErr w:type="spellEnd"/>
      <w:r>
        <w:rPr>
          <w:rFonts w:ascii="Verdana" w:hAnsi="Verdana"/>
          <w:sz w:val="28"/>
          <w:szCs w:val="28"/>
        </w:rPr>
        <w:t xml:space="preserve">, </w:t>
      </w:r>
      <w:proofErr w:type="spellStart"/>
      <w:r>
        <w:rPr>
          <w:rFonts w:ascii="Verdana" w:hAnsi="Verdana"/>
          <w:sz w:val="28"/>
          <w:szCs w:val="28"/>
        </w:rPr>
        <w:t>groen</w:t>
      </w:r>
      <w:proofErr w:type="spellEnd"/>
    </w:p>
    <w:p w14:paraId="36198A28" w14:textId="77777777" w:rsidR="00BA4B33" w:rsidRDefault="00BA4B33" w:rsidP="00A31FA0">
      <w:pPr>
        <w:spacing w:line="360" w:lineRule="auto"/>
        <w:jc w:val="center"/>
        <w:rPr>
          <w:rFonts w:ascii="Verdana" w:hAnsi="Verdana"/>
          <w:sz w:val="28"/>
          <w:szCs w:val="28"/>
        </w:rPr>
      </w:pPr>
    </w:p>
    <w:p w14:paraId="0CD5F4C1" w14:textId="77777777" w:rsidR="00BA4B33" w:rsidRDefault="00BA4B33" w:rsidP="00A31FA0">
      <w:pPr>
        <w:spacing w:line="360" w:lineRule="auto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Thema: </w:t>
      </w:r>
      <w:proofErr w:type="spellStart"/>
      <w:r>
        <w:rPr>
          <w:rFonts w:ascii="Verdana" w:hAnsi="Verdana"/>
          <w:sz w:val="28"/>
          <w:szCs w:val="28"/>
        </w:rPr>
        <w:t>Thuiskomen</w:t>
      </w:r>
      <w:proofErr w:type="spellEnd"/>
      <w:r>
        <w:rPr>
          <w:rFonts w:ascii="Verdana" w:hAnsi="Verdana"/>
          <w:sz w:val="28"/>
          <w:szCs w:val="28"/>
        </w:rPr>
        <w:t xml:space="preserve"> -  </w:t>
      </w:r>
      <w:proofErr w:type="spellStart"/>
      <w:r>
        <w:rPr>
          <w:rFonts w:ascii="Verdana" w:hAnsi="Verdana"/>
          <w:sz w:val="28"/>
          <w:szCs w:val="28"/>
        </w:rPr>
        <w:t>geroepen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tot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een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nieuw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bestaan</w:t>
      </w:r>
      <w:proofErr w:type="spellEnd"/>
    </w:p>
    <w:p w14:paraId="071B49E3" w14:textId="77777777" w:rsidR="00BA4B33" w:rsidRDefault="00BA4B33" w:rsidP="00A31FA0">
      <w:pPr>
        <w:spacing w:line="360" w:lineRule="auto"/>
        <w:jc w:val="center"/>
        <w:rPr>
          <w:rFonts w:ascii="Verdana" w:hAnsi="Verdana"/>
          <w:sz w:val="28"/>
          <w:szCs w:val="28"/>
        </w:rPr>
      </w:pPr>
    </w:p>
    <w:p w14:paraId="3CEE3EAA" w14:textId="77777777" w:rsidR="0062392F" w:rsidRDefault="0062392F" w:rsidP="00A31FA0">
      <w:pPr>
        <w:spacing w:line="360" w:lineRule="auto"/>
        <w:jc w:val="center"/>
        <w:rPr>
          <w:rFonts w:ascii="Verdana" w:hAnsi="Verdana"/>
          <w:sz w:val="28"/>
          <w:szCs w:val="28"/>
        </w:rPr>
      </w:pPr>
      <w:proofErr w:type="spellStart"/>
      <w:r w:rsidRPr="00A71A48">
        <w:rPr>
          <w:rFonts w:ascii="Verdana" w:hAnsi="Verdana"/>
          <w:sz w:val="28"/>
          <w:szCs w:val="28"/>
        </w:rPr>
        <w:t>Voorganger</w:t>
      </w:r>
      <w:proofErr w:type="spellEnd"/>
      <w:r w:rsidRPr="00A71A48">
        <w:rPr>
          <w:rFonts w:ascii="Verdana" w:hAnsi="Verdana"/>
          <w:sz w:val="28"/>
          <w:szCs w:val="28"/>
        </w:rPr>
        <w:t>: ds. B.L. Jongkind, Ermelo</w:t>
      </w:r>
    </w:p>
    <w:p w14:paraId="1AE6D840" w14:textId="77777777" w:rsidR="00BA4B33" w:rsidRDefault="00BA4B33" w:rsidP="00A31FA0">
      <w:pPr>
        <w:spacing w:line="360" w:lineRule="auto"/>
        <w:jc w:val="center"/>
        <w:rPr>
          <w:rFonts w:ascii="Verdana" w:hAnsi="Verdana"/>
          <w:sz w:val="28"/>
          <w:szCs w:val="28"/>
        </w:rPr>
      </w:pPr>
    </w:p>
    <w:p w14:paraId="2502D695" w14:textId="2BCBA990" w:rsidR="00C93917" w:rsidRDefault="00F064CB" w:rsidP="00BA4B33">
      <w:p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noProof/>
          <w:sz w:val="28"/>
          <w:szCs w:val="28"/>
          <w:lang w:val="nl-NL" w:eastAsia="nl-NL"/>
        </w:rPr>
        <w:drawing>
          <wp:inline distT="0" distB="0" distL="0" distR="0" wp14:anchorId="32C61E0A" wp14:editId="6D13CDD1">
            <wp:extent cx="5822950" cy="3873500"/>
            <wp:effectExtent l="0" t="0" r="635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387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EE8F8" w14:textId="77777777" w:rsidR="00DF67C4" w:rsidRDefault="00DF67C4" w:rsidP="00A31FA0">
      <w:pPr>
        <w:spacing w:line="360" w:lineRule="auto"/>
        <w:rPr>
          <w:rFonts w:ascii="Verdana" w:hAnsi="Verdana"/>
          <w:b/>
          <w:sz w:val="28"/>
          <w:szCs w:val="28"/>
        </w:rPr>
      </w:pPr>
    </w:p>
    <w:p w14:paraId="006C5FF1" w14:textId="77777777" w:rsidR="0062392F" w:rsidRPr="00C80440" w:rsidRDefault="0062392F" w:rsidP="00A31FA0">
      <w:pPr>
        <w:spacing w:line="360" w:lineRule="auto"/>
        <w:rPr>
          <w:rFonts w:ascii="Verdana" w:hAnsi="Verdana"/>
          <w:b/>
          <w:sz w:val="28"/>
          <w:szCs w:val="28"/>
        </w:rPr>
      </w:pPr>
      <w:r w:rsidRPr="00C80440">
        <w:rPr>
          <w:rFonts w:ascii="Verdana" w:hAnsi="Verdana"/>
          <w:b/>
          <w:sz w:val="28"/>
          <w:szCs w:val="28"/>
        </w:rPr>
        <w:lastRenderedPageBreak/>
        <w:t>VOORBEREIDING</w:t>
      </w:r>
    </w:p>
    <w:p w14:paraId="58A95F1D" w14:textId="6A436206" w:rsidR="00895F4D" w:rsidRDefault="00895F4D" w:rsidP="00A31FA0">
      <w:pPr>
        <w:spacing w:line="360" w:lineRule="auto"/>
        <w:rPr>
          <w:rFonts w:ascii="Verdana" w:hAnsi="Verdana"/>
          <w:b/>
          <w:sz w:val="28"/>
          <w:szCs w:val="28"/>
        </w:rPr>
      </w:pPr>
    </w:p>
    <w:p w14:paraId="74B2CF13" w14:textId="77777777" w:rsidR="00C80440" w:rsidRDefault="0062392F" w:rsidP="00A31FA0">
      <w:pPr>
        <w:spacing w:line="360" w:lineRule="auto"/>
        <w:rPr>
          <w:rFonts w:ascii="Verdana" w:hAnsi="Verdana"/>
          <w:b/>
          <w:sz w:val="28"/>
          <w:szCs w:val="28"/>
        </w:rPr>
      </w:pPr>
      <w:proofErr w:type="spellStart"/>
      <w:r w:rsidRPr="00C80440">
        <w:rPr>
          <w:rFonts w:ascii="Verdana" w:hAnsi="Verdana"/>
          <w:b/>
          <w:sz w:val="28"/>
          <w:szCs w:val="28"/>
        </w:rPr>
        <w:t>Orgelspel</w:t>
      </w:r>
      <w:proofErr w:type="spellEnd"/>
      <w:r w:rsidRPr="00C80440">
        <w:rPr>
          <w:rFonts w:ascii="Verdana" w:hAnsi="Verdana"/>
          <w:b/>
          <w:sz w:val="28"/>
          <w:szCs w:val="28"/>
        </w:rPr>
        <w:t xml:space="preserve"> / </w:t>
      </w:r>
      <w:proofErr w:type="spellStart"/>
      <w:r w:rsidRPr="00C80440">
        <w:rPr>
          <w:rFonts w:ascii="Verdana" w:hAnsi="Verdana"/>
          <w:b/>
          <w:sz w:val="28"/>
          <w:szCs w:val="28"/>
        </w:rPr>
        <w:t>Muzikale</w:t>
      </w:r>
      <w:proofErr w:type="spellEnd"/>
      <w:r w:rsidRPr="00C80440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C80440">
        <w:rPr>
          <w:rFonts w:ascii="Verdana" w:hAnsi="Verdana"/>
          <w:b/>
          <w:sz w:val="28"/>
          <w:szCs w:val="28"/>
        </w:rPr>
        <w:t>inleiding</w:t>
      </w:r>
      <w:proofErr w:type="spellEnd"/>
    </w:p>
    <w:p w14:paraId="0ABEF4A8" w14:textId="77777777" w:rsidR="001861DF" w:rsidRPr="00C80440" w:rsidRDefault="001861DF" w:rsidP="00A31FA0">
      <w:pPr>
        <w:spacing w:line="360" w:lineRule="auto"/>
        <w:rPr>
          <w:rFonts w:ascii="Verdana" w:hAnsi="Verdana"/>
          <w:b/>
          <w:sz w:val="28"/>
          <w:szCs w:val="28"/>
        </w:rPr>
      </w:pPr>
    </w:p>
    <w:p w14:paraId="5ABC821C" w14:textId="77777777" w:rsidR="0062392F" w:rsidRDefault="00871208" w:rsidP="00A31FA0">
      <w:pPr>
        <w:spacing w:line="360" w:lineRule="auto"/>
        <w:rPr>
          <w:rFonts w:ascii="Verdana" w:hAnsi="Verdana" w:cs="Arial"/>
          <w:b/>
          <w:bCs/>
          <w:color w:val="333333"/>
          <w:sz w:val="28"/>
          <w:szCs w:val="28"/>
        </w:rPr>
      </w:pPr>
      <w:r w:rsidRPr="00D635B0">
        <w:rPr>
          <w:rFonts w:ascii="Segoe UI Symbol" w:hAnsi="Segoe UI Symbol" w:cs="Segoe UI Symbol"/>
          <w:sz w:val="28"/>
          <w:szCs w:val="28"/>
        </w:rPr>
        <w:t>🎵</w:t>
      </w:r>
      <w:r w:rsidRPr="00A71A48">
        <w:rPr>
          <w:rFonts w:ascii="Verdana" w:hAnsi="Verdana"/>
          <w:sz w:val="28"/>
          <w:szCs w:val="28"/>
        </w:rPr>
        <w:t xml:space="preserve"> </w:t>
      </w:r>
      <w:r w:rsidR="0062392F" w:rsidRPr="00C80440">
        <w:rPr>
          <w:rFonts w:ascii="Verdana" w:hAnsi="Verdana"/>
          <w:b/>
          <w:sz w:val="28"/>
          <w:szCs w:val="28"/>
        </w:rPr>
        <w:t xml:space="preserve">Lied </w:t>
      </w:r>
      <w:proofErr w:type="spellStart"/>
      <w:r w:rsidR="0062392F" w:rsidRPr="00C80440">
        <w:rPr>
          <w:rFonts w:ascii="Verdana" w:hAnsi="Verdana"/>
          <w:b/>
          <w:sz w:val="28"/>
          <w:szCs w:val="28"/>
        </w:rPr>
        <w:t>bij</w:t>
      </w:r>
      <w:proofErr w:type="spellEnd"/>
      <w:r w:rsidR="0062392F" w:rsidRPr="00C80440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="0062392F" w:rsidRPr="00C80440">
        <w:rPr>
          <w:rFonts w:ascii="Verdana" w:hAnsi="Verdana"/>
          <w:b/>
          <w:sz w:val="28"/>
          <w:szCs w:val="28"/>
        </w:rPr>
        <w:t>binnenkomst</w:t>
      </w:r>
      <w:proofErr w:type="spellEnd"/>
      <w:r w:rsidR="0062392F" w:rsidRPr="00A71A48">
        <w:rPr>
          <w:rFonts w:ascii="Verdana" w:hAnsi="Verdana"/>
          <w:sz w:val="28"/>
          <w:szCs w:val="28"/>
        </w:rPr>
        <w:t xml:space="preserve">: </w:t>
      </w:r>
      <w:r w:rsidR="0062392F" w:rsidRPr="00A71A48">
        <w:rPr>
          <w:rFonts w:ascii="Verdana" w:hAnsi="Verdana" w:cs="Arial"/>
          <w:b/>
          <w:bCs/>
          <w:color w:val="333333"/>
          <w:sz w:val="28"/>
          <w:szCs w:val="28"/>
        </w:rPr>
        <w:t>NLB</w:t>
      </w:r>
      <w:r w:rsidR="0062392F" w:rsidRPr="00A71A48">
        <w:rPr>
          <w:rFonts w:ascii="Verdana" w:hAnsi="Verdana" w:cs="Arial"/>
          <w:color w:val="333333"/>
          <w:sz w:val="28"/>
          <w:szCs w:val="28"/>
        </w:rPr>
        <w:t> </w:t>
      </w:r>
      <w:r w:rsidR="00C80440">
        <w:rPr>
          <w:rFonts w:ascii="Verdana" w:hAnsi="Verdana" w:cs="Arial"/>
          <w:b/>
          <w:bCs/>
          <w:color w:val="333333"/>
          <w:sz w:val="28"/>
          <w:szCs w:val="28"/>
        </w:rPr>
        <w:t xml:space="preserve">216: ‘Dit is </w:t>
      </w:r>
      <w:proofErr w:type="spellStart"/>
      <w:r w:rsidR="00C80440">
        <w:rPr>
          <w:rFonts w:ascii="Verdana" w:hAnsi="Verdana" w:cs="Arial"/>
          <w:b/>
          <w:bCs/>
          <w:color w:val="333333"/>
          <w:sz w:val="28"/>
          <w:szCs w:val="28"/>
        </w:rPr>
        <w:t>een</w:t>
      </w:r>
      <w:proofErr w:type="spellEnd"/>
      <w:r w:rsidR="00C80440">
        <w:rPr>
          <w:rFonts w:ascii="Verdana" w:hAnsi="Verdana" w:cs="Arial"/>
          <w:b/>
          <w:bCs/>
          <w:color w:val="333333"/>
          <w:sz w:val="28"/>
          <w:szCs w:val="28"/>
        </w:rPr>
        <w:t xml:space="preserve"> morgen’</w:t>
      </w:r>
    </w:p>
    <w:p w14:paraId="0CD8450A" w14:textId="77777777" w:rsidR="006C733E" w:rsidRDefault="006C733E" w:rsidP="006C733E">
      <w:pPr>
        <w:spacing w:line="360" w:lineRule="auto"/>
        <w:rPr>
          <w:rFonts w:ascii="Verdana" w:hAnsi="Verdana"/>
          <w:b/>
          <w:sz w:val="28"/>
          <w:szCs w:val="28"/>
        </w:rPr>
      </w:pPr>
    </w:p>
    <w:p w14:paraId="5FDD5471" w14:textId="77777777" w:rsidR="006C733E" w:rsidRDefault="0062392F" w:rsidP="006C733E">
      <w:pPr>
        <w:spacing w:line="360" w:lineRule="auto"/>
        <w:rPr>
          <w:rFonts w:ascii="Verdana" w:hAnsi="Verdana"/>
          <w:b/>
          <w:sz w:val="28"/>
          <w:szCs w:val="28"/>
        </w:rPr>
      </w:pPr>
      <w:r w:rsidRPr="00C80440">
        <w:rPr>
          <w:rFonts w:ascii="Verdana" w:hAnsi="Verdana"/>
          <w:b/>
          <w:sz w:val="28"/>
          <w:szCs w:val="28"/>
        </w:rPr>
        <w:t xml:space="preserve">Welkom en </w:t>
      </w:r>
      <w:proofErr w:type="spellStart"/>
      <w:r w:rsidRPr="00C80440">
        <w:rPr>
          <w:rFonts w:ascii="Verdana" w:hAnsi="Verdana"/>
          <w:b/>
          <w:sz w:val="28"/>
          <w:szCs w:val="28"/>
        </w:rPr>
        <w:t>mededelingen</w:t>
      </w:r>
      <w:proofErr w:type="spellEnd"/>
      <w:r w:rsidRPr="00C80440">
        <w:rPr>
          <w:rFonts w:ascii="Verdana" w:hAnsi="Verdana"/>
          <w:b/>
          <w:sz w:val="28"/>
          <w:szCs w:val="28"/>
        </w:rPr>
        <w:br/>
      </w:r>
    </w:p>
    <w:p w14:paraId="48FD5BA7" w14:textId="77777777" w:rsidR="006C733E" w:rsidRDefault="0062392F" w:rsidP="006C733E">
      <w:pPr>
        <w:spacing w:line="360" w:lineRule="auto"/>
        <w:rPr>
          <w:rFonts w:ascii="Verdana" w:hAnsi="Verdana"/>
          <w:sz w:val="28"/>
          <w:szCs w:val="28"/>
        </w:rPr>
      </w:pPr>
      <w:r w:rsidRPr="00C80440">
        <w:rPr>
          <w:rFonts w:ascii="Verdana" w:hAnsi="Verdana"/>
          <w:b/>
          <w:sz w:val="28"/>
          <w:szCs w:val="28"/>
        </w:rPr>
        <w:t xml:space="preserve">Moment van </w:t>
      </w:r>
      <w:proofErr w:type="spellStart"/>
      <w:r w:rsidRPr="00C80440">
        <w:rPr>
          <w:rFonts w:ascii="Verdana" w:hAnsi="Verdana"/>
          <w:b/>
          <w:sz w:val="28"/>
          <w:szCs w:val="28"/>
        </w:rPr>
        <w:t>stilte</w:t>
      </w:r>
      <w:proofErr w:type="spellEnd"/>
      <w:r w:rsidRPr="00A71A48">
        <w:rPr>
          <w:rFonts w:ascii="Verdana" w:hAnsi="Verdana"/>
          <w:sz w:val="28"/>
          <w:szCs w:val="28"/>
        </w:rPr>
        <w:br/>
      </w:r>
    </w:p>
    <w:p w14:paraId="3AB1DF06" w14:textId="77777777" w:rsidR="0062392F" w:rsidRDefault="0062392F" w:rsidP="006C733E">
      <w:pPr>
        <w:spacing w:line="360" w:lineRule="auto"/>
        <w:rPr>
          <w:rFonts w:ascii="Verdana" w:hAnsi="Verdana"/>
          <w:b/>
          <w:sz w:val="28"/>
          <w:szCs w:val="28"/>
        </w:rPr>
      </w:pPr>
      <w:r w:rsidRPr="00DF67C4">
        <w:rPr>
          <w:rFonts w:ascii="Verdana" w:hAnsi="Verdana"/>
          <w:b/>
          <w:sz w:val="28"/>
          <w:szCs w:val="28"/>
        </w:rPr>
        <w:t xml:space="preserve">Votum en </w:t>
      </w:r>
      <w:proofErr w:type="spellStart"/>
      <w:r w:rsidRPr="00DF67C4">
        <w:rPr>
          <w:rFonts w:ascii="Verdana" w:hAnsi="Verdana"/>
          <w:b/>
          <w:sz w:val="28"/>
          <w:szCs w:val="28"/>
        </w:rPr>
        <w:t>Groet</w:t>
      </w:r>
      <w:proofErr w:type="spellEnd"/>
    </w:p>
    <w:p w14:paraId="54C5BC59" w14:textId="77777777" w:rsidR="00DF67C4" w:rsidRPr="00DF67C4" w:rsidRDefault="00DF67C4" w:rsidP="006C733E">
      <w:pPr>
        <w:spacing w:line="360" w:lineRule="auto"/>
        <w:rPr>
          <w:rFonts w:ascii="Verdana" w:hAnsi="Verdana"/>
          <w:b/>
          <w:sz w:val="28"/>
          <w:szCs w:val="28"/>
        </w:rPr>
      </w:pPr>
    </w:p>
    <w:p w14:paraId="40D79400" w14:textId="0BFB1ACB" w:rsidR="00C446A6" w:rsidRPr="00C80440" w:rsidRDefault="00871208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  <w:r w:rsidRPr="00DF67C4">
        <w:rPr>
          <w:rFonts w:ascii="Segoe UI Symbol" w:hAnsi="Segoe UI Symbol" w:cs="Segoe UI Symbol"/>
          <w:b/>
          <w:sz w:val="28"/>
          <w:szCs w:val="28"/>
        </w:rPr>
        <w:t>🎵</w:t>
      </w:r>
      <w:r w:rsidRPr="00DF67C4">
        <w:rPr>
          <w:rFonts w:ascii="Verdana" w:hAnsi="Verdana" w:cs="Arial"/>
          <w:b/>
          <w:sz w:val="28"/>
          <w:szCs w:val="28"/>
          <w:lang w:val="nl-NL"/>
        </w:rPr>
        <w:t xml:space="preserve"> </w:t>
      </w:r>
      <w:r w:rsidR="00432371" w:rsidRPr="00DF67C4">
        <w:rPr>
          <w:rFonts w:ascii="Verdana" w:hAnsi="Verdana" w:cs="Arial"/>
          <w:b/>
          <w:sz w:val="28"/>
          <w:szCs w:val="28"/>
          <w:lang w:val="nl-NL"/>
        </w:rPr>
        <w:t>Openingslied,</w:t>
      </w:r>
      <w:r w:rsidR="00432371" w:rsidRPr="00C80440">
        <w:rPr>
          <w:rFonts w:ascii="Verdana" w:hAnsi="Verdana" w:cs="Arial"/>
          <w:sz w:val="28"/>
          <w:szCs w:val="28"/>
          <w:lang w:val="nl-NL"/>
        </w:rPr>
        <w:t xml:space="preserve"> lied </w:t>
      </w:r>
      <w:r w:rsidR="00C446A6" w:rsidRPr="00C80440">
        <w:rPr>
          <w:rFonts w:ascii="Verdana" w:hAnsi="Verdana" w:cs="Arial"/>
          <w:sz w:val="28"/>
          <w:szCs w:val="28"/>
          <w:lang w:val="nl-NL"/>
        </w:rPr>
        <w:t xml:space="preserve">van verlangen </w:t>
      </w:r>
      <w:r w:rsidR="00432371" w:rsidRPr="00C80440">
        <w:rPr>
          <w:rFonts w:ascii="Verdana" w:hAnsi="Verdana" w:cs="Arial"/>
          <w:b/>
          <w:sz w:val="28"/>
          <w:szCs w:val="28"/>
          <w:lang w:val="nl-NL"/>
        </w:rPr>
        <w:t xml:space="preserve">NLB </w:t>
      </w:r>
      <w:r w:rsidR="00C41CCE" w:rsidRPr="00C80440">
        <w:rPr>
          <w:rFonts w:ascii="Verdana" w:hAnsi="Verdana" w:cs="Arial"/>
          <w:b/>
          <w:sz w:val="28"/>
          <w:szCs w:val="28"/>
          <w:lang w:val="nl-NL"/>
        </w:rPr>
        <w:t>981</w:t>
      </w:r>
      <w:r w:rsidR="00A71A48" w:rsidRPr="00C80440">
        <w:rPr>
          <w:rFonts w:ascii="Verdana" w:hAnsi="Verdana" w:cs="Arial"/>
          <w:b/>
          <w:sz w:val="28"/>
          <w:szCs w:val="28"/>
          <w:lang w:val="nl-NL"/>
        </w:rPr>
        <w:t>: 1</w:t>
      </w:r>
      <w:r w:rsidR="00F064CB">
        <w:rPr>
          <w:rFonts w:ascii="Verdana" w:hAnsi="Verdana" w:cs="Arial"/>
          <w:b/>
          <w:sz w:val="28"/>
          <w:szCs w:val="28"/>
          <w:lang w:val="nl-NL"/>
        </w:rPr>
        <w:t>,</w:t>
      </w:r>
      <w:r w:rsidR="00A71A48" w:rsidRPr="00C80440">
        <w:rPr>
          <w:rFonts w:ascii="Verdana" w:hAnsi="Verdana" w:cs="Arial"/>
          <w:b/>
          <w:sz w:val="28"/>
          <w:szCs w:val="28"/>
          <w:lang w:val="nl-NL"/>
        </w:rPr>
        <w:t xml:space="preserve"> 2, 4</w:t>
      </w:r>
      <w:r w:rsidR="00F064CB">
        <w:rPr>
          <w:rFonts w:ascii="Verdana" w:hAnsi="Verdana" w:cs="Arial"/>
          <w:b/>
          <w:sz w:val="28"/>
          <w:szCs w:val="28"/>
          <w:lang w:val="nl-NL"/>
        </w:rPr>
        <w:t xml:space="preserve"> en</w:t>
      </w:r>
      <w:r w:rsidR="00A71A48" w:rsidRPr="00C80440">
        <w:rPr>
          <w:rFonts w:ascii="Verdana" w:hAnsi="Verdana" w:cs="Arial"/>
          <w:b/>
          <w:sz w:val="28"/>
          <w:szCs w:val="28"/>
          <w:lang w:val="nl-NL"/>
        </w:rPr>
        <w:t xml:space="preserve"> 5 </w:t>
      </w:r>
      <w:r w:rsidR="00C446A6" w:rsidRPr="00C80440">
        <w:rPr>
          <w:rFonts w:ascii="Verdana" w:hAnsi="Verdana" w:cs="Arial"/>
          <w:b/>
          <w:sz w:val="28"/>
          <w:szCs w:val="28"/>
          <w:lang w:val="nl-NL"/>
        </w:rPr>
        <w:t xml:space="preserve">  ‘Zolang er mensen zijn op aarde’</w:t>
      </w:r>
    </w:p>
    <w:p w14:paraId="29558C88" w14:textId="77777777" w:rsidR="006C733E" w:rsidRDefault="006C733E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</w:p>
    <w:p w14:paraId="51FD10A7" w14:textId="77777777" w:rsidR="00C93917" w:rsidRDefault="00BA4B33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  <w:r>
        <w:rPr>
          <w:rFonts w:ascii="Verdana" w:hAnsi="Verdana" w:cs="Arial"/>
          <w:b/>
          <w:sz w:val="28"/>
          <w:szCs w:val="28"/>
          <w:lang w:val="nl-NL"/>
        </w:rPr>
        <w:t>Inleiding</w:t>
      </w:r>
      <w:r w:rsidR="00C41CCE" w:rsidRPr="00C80440">
        <w:rPr>
          <w:rFonts w:ascii="Verdana" w:hAnsi="Verdana" w:cs="Arial"/>
          <w:sz w:val="28"/>
          <w:szCs w:val="28"/>
          <w:lang w:val="nl-NL"/>
        </w:rPr>
        <w:t xml:space="preserve"> </w:t>
      </w:r>
    </w:p>
    <w:p w14:paraId="7474A8F0" w14:textId="77777777" w:rsidR="001861DF" w:rsidRPr="00C80440" w:rsidRDefault="001861DF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</w:p>
    <w:p w14:paraId="3A81E9F6" w14:textId="77777777" w:rsidR="00D635B0" w:rsidRPr="00C80440" w:rsidRDefault="00D635B0" w:rsidP="00D635B0">
      <w:pPr>
        <w:pStyle w:val="Kop3"/>
        <w:spacing w:line="360" w:lineRule="auto"/>
        <w:rPr>
          <w:rFonts w:ascii="Verdana" w:hAnsi="Verdana"/>
          <w:color w:val="auto"/>
          <w:sz w:val="28"/>
          <w:szCs w:val="28"/>
        </w:rPr>
      </w:pPr>
      <w:r w:rsidRPr="00C80440">
        <w:rPr>
          <w:rFonts w:ascii="Segoe UI Symbol" w:hAnsi="Segoe UI Symbol" w:cs="Segoe UI Symbol"/>
          <w:color w:val="auto"/>
          <w:sz w:val="28"/>
          <w:szCs w:val="28"/>
        </w:rPr>
        <w:t>🎵</w:t>
      </w:r>
      <w:r w:rsidRPr="00C80440">
        <w:rPr>
          <w:rFonts w:ascii="Verdana" w:hAnsi="Verdana"/>
          <w:color w:val="auto"/>
          <w:sz w:val="28"/>
          <w:szCs w:val="28"/>
        </w:rPr>
        <w:t xml:space="preserve"> </w:t>
      </w:r>
      <w:proofErr w:type="spellStart"/>
      <w:r w:rsidRPr="00C80440">
        <w:rPr>
          <w:rStyle w:val="Zwaar"/>
          <w:rFonts w:ascii="Verdana" w:hAnsi="Verdana"/>
          <w:b/>
          <w:bCs/>
          <w:color w:val="auto"/>
          <w:sz w:val="28"/>
          <w:szCs w:val="28"/>
        </w:rPr>
        <w:t>Gebed</w:t>
      </w:r>
      <w:proofErr w:type="spellEnd"/>
      <w:r w:rsidRPr="00C80440">
        <w:rPr>
          <w:rStyle w:val="Zwaar"/>
          <w:rFonts w:ascii="Verdana" w:hAnsi="Verdana"/>
          <w:b/>
          <w:bCs/>
          <w:color w:val="auto"/>
          <w:sz w:val="28"/>
          <w:szCs w:val="28"/>
        </w:rPr>
        <w:t xml:space="preserve"> om </w:t>
      </w:r>
      <w:proofErr w:type="spellStart"/>
      <w:r w:rsidRPr="00C80440">
        <w:rPr>
          <w:rStyle w:val="Zwaar"/>
          <w:rFonts w:ascii="Verdana" w:hAnsi="Verdana"/>
          <w:b/>
          <w:bCs/>
          <w:color w:val="auto"/>
          <w:sz w:val="28"/>
          <w:szCs w:val="28"/>
        </w:rPr>
        <w:t>ontferming</w:t>
      </w:r>
      <w:proofErr w:type="spellEnd"/>
      <w:r w:rsidRPr="00C80440">
        <w:rPr>
          <w:rStyle w:val="Zwaar"/>
          <w:rFonts w:ascii="Verdana" w:hAnsi="Verdana"/>
          <w:b/>
          <w:bCs/>
          <w:color w:val="auto"/>
          <w:sz w:val="28"/>
          <w:szCs w:val="28"/>
        </w:rPr>
        <w:t xml:space="preserve"> (Kyrie)</w:t>
      </w:r>
    </w:p>
    <w:p w14:paraId="24F95610" w14:textId="77777777" w:rsidR="00B96783" w:rsidRPr="001861DF" w:rsidRDefault="00B96783" w:rsidP="00B96783">
      <w:pPr>
        <w:pStyle w:val="Normaalweb"/>
        <w:spacing w:line="360" w:lineRule="auto"/>
        <w:rPr>
          <w:rFonts w:ascii="Verdana" w:hAnsi="Verdana"/>
          <w:b/>
          <w:sz w:val="28"/>
          <w:szCs w:val="28"/>
        </w:rPr>
      </w:pPr>
      <w:r w:rsidRPr="00B548C6">
        <w:rPr>
          <w:rStyle w:val="Zwaar"/>
          <w:rFonts w:ascii="Verdana" w:hAnsi="Verdana"/>
          <w:sz w:val="28"/>
          <w:szCs w:val="28"/>
        </w:rPr>
        <w:t>Voorganger:</w:t>
      </w:r>
      <w:r w:rsidR="00895F4D">
        <w:rPr>
          <w:rStyle w:val="Zwaar"/>
          <w:rFonts w:ascii="Verdana" w:hAnsi="Verdana"/>
          <w:sz w:val="28"/>
          <w:szCs w:val="28"/>
        </w:rPr>
        <w:t xml:space="preserve"> ….. </w:t>
      </w:r>
      <w:r w:rsidR="00895F4D" w:rsidRPr="00895F4D">
        <w:rPr>
          <w:rStyle w:val="Zwaar"/>
          <w:rFonts w:ascii="Verdana" w:hAnsi="Verdana"/>
          <w:b w:val="0"/>
          <w:sz w:val="28"/>
          <w:szCs w:val="28"/>
        </w:rPr>
        <w:t>Zo bidden wij</w:t>
      </w:r>
      <w:r w:rsidRPr="00B548C6">
        <w:rPr>
          <w:rFonts w:ascii="Verdana" w:hAnsi="Verdana"/>
          <w:sz w:val="28"/>
          <w:szCs w:val="28"/>
        </w:rPr>
        <w:br/>
      </w:r>
      <w:r w:rsidRPr="00B548C6">
        <w:rPr>
          <w:rStyle w:val="Zwaar"/>
          <w:rFonts w:ascii="Verdana" w:hAnsi="Verdana"/>
          <w:sz w:val="28"/>
          <w:szCs w:val="28"/>
        </w:rPr>
        <w:t>Allen:</w:t>
      </w:r>
      <w:r w:rsidR="00895F4D">
        <w:rPr>
          <w:rStyle w:val="Zwaar"/>
          <w:rFonts w:ascii="Verdana" w:hAnsi="Verdana"/>
          <w:sz w:val="28"/>
          <w:szCs w:val="28"/>
        </w:rPr>
        <w:t xml:space="preserve"> </w:t>
      </w:r>
      <w:r w:rsidRPr="001861DF">
        <w:rPr>
          <w:rFonts w:ascii="Verdana" w:hAnsi="Verdana"/>
          <w:b/>
          <w:sz w:val="28"/>
          <w:szCs w:val="28"/>
        </w:rPr>
        <w:t>Heer, ontferm U over ons.</w:t>
      </w:r>
    </w:p>
    <w:p w14:paraId="0C677989" w14:textId="77777777" w:rsidR="00B96783" w:rsidRPr="00B548C6" w:rsidRDefault="00B96783" w:rsidP="00B96783">
      <w:pPr>
        <w:pStyle w:val="Normaalweb"/>
        <w:spacing w:line="360" w:lineRule="auto"/>
        <w:rPr>
          <w:rFonts w:ascii="Verdana" w:hAnsi="Verdana"/>
          <w:sz w:val="28"/>
          <w:szCs w:val="28"/>
        </w:rPr>
      </w:pPr>
      <w:r w:rsidRPr="00B548C6">
        <w:rPr>
          <w:rStyle w:val="Zwaar"/>
          <w:rFonts w:ascii="Verdana" w:hAnsi="Verdana"/>
          <w:sz w:val="28"/>
          <w:szCs w:val="28"/>
        </w:rPr>
        <w:lastRenderedPageBreak/>
        <w:t>Voorganger:</w:t>
      </w:r>
      <w:r w:rsidR="00895F4D" w:rsidRPr="00895F4D">
        <w:rPr>
          <w:rStyle w:val="Zwaar"/>
          <w:rFonts w:ascii="Verdana" w:hAnsi="Verdana"/>
          <w:sz w:val="28"/>
          <w:szCs w:val="28"/>
        </w:rPr>
        <w:t xml:space="preserve"> </w:t>
      </w:r>
      <w:r w:rsidR="00895F4D" w:rsidRPr="00B548C6">
        <w:rPr>
          <w:rStyle w:val="Zwaar"/>
          <w:rFonts w:ascii="Verdana" w:hAnsi="Verdana"/>
          <w:sz w:val="28"/>
          <w:szCs w:val="28"/>
        </w:rPr>
        <w:t>:</w:t>
      </w:r>
      <w:r w:rsidR="00895F4D">
        <w:rPr>
          <w:rStyle w:val="Zwaar"/>
          <w:rFonts w:ascii="Verdana" w:hAnsi="Verdana"/>
          <w:sz w:val="28"/>
          <w:szCs w:val="28"/>
        </w:rPr>
        <w:t xml:space="preserve"> ….. </w:t>
      </w:r>
      <w:r w:rsidR="00895F4D" w:rsidRPr="00895F4D">
        <w:rPr>
          <w:rStyle w:val="Zwaar"/>
          <w:rFonts w:ascii="Verdana" w:hAnsi="Verdana"/>
          <w:b w:val="0"/>
          <w:sz w:val="28"/>
          <w:szCs w:val="28"/>
        </w:rPr>
        <w:t>Zo bidden wij</w:t>
      </w:r>
      <w:r w:rsidR="00895F4D" w:rsidRPr="00B548C6">
        <w:rPr>
          <w:rFonts w:ascii="Verdana" w:hAnsi="Verdana"/>
          <w:sz w:val="28"/>
          <w:szCs w:val="28"/>
        </w:rPr>
        <w:br/>
      </w:r>
      <w:r w:rsidRPr="00B548C6">
        <w:rPr>
          <w:rStyle w:val="Zwaar"/>
          <w:rFonts w:ascii="Verdana" w:hAnsi="Verdana"/>
          <w:sz w:val="28"/>
          <w:szCs w:val="28"/>
        </w:rPr>
        <w:t>Allen:</w:t>
      </w:r>
      <w:r w:rsidR="00895F4D">
        <w:rPr>
          <w:rStyle w:val="Zwaar"/>
          <w:rFonts w:ascii="Verdana" w:hAnsi="Verdana"/>
          <w:sz w:val="28"/>
          <w:szCs w:val="28"/>
        </w:rPr>
        <w:t xml:space="preserve"> </w:t>
      </w:r>
      <w:r w:rsidRPr="001861DF">
        <w:rPr>
          <w:rFonts w:ascii="Verdana" w:hAnsi="Verdana"/>
          <w:b/>
          <w:sz w:val="28"/>
          <w:szCs w:val="28"/>
        </w:rPr>
        <w:t>Christus, ontferm U over ons</w:t>
      </w:r>
      <w:r w:rsidRPr="00B548C6">
        <w:rPr>
          <w:rFonts w:ascii="Verdana" w:hAnsi="Verdana"/>
          <w:sz w:val="28"/>
          <w:szCs w:val="28"/>
        </w:rPr>
        <w:t>.</w:t>
      </w:r>
    </w:p>
    <w:p w14:paraId="78AE2873" w14:textId="77777777" w:rsidR="00B96783" w:rsidRPr="001861DF" w:rsidRDefault="00B96783" w:rsidP="00B96783">
      <w:pPr>
        <w:pStyle w:val="Normaalweb"/>
        <w:spacing w:line="360" w:lineRule="auto"/>
        <w:rPr>
          <w:rFonts w:ascii="Verdana" w:hAnsi="Verdana"/>
          <w:b/>
          <w:sz w:val="28"/>
          <w:szCs w:val="28"/>
        </w:rPr>
      </w:pPr>
      <w:r w:rsidRPr="00B548C6">
        <w:rPr>
          <w:rStyle w:val="Zwaar"/>
          <w:rFonts w:ascii="Verdana" w:hAnsi="Verdana"/>
          <w:sz w:val="28"/>
          <w:szCs w:val="28"/>
        </w:rPr>
        <w:t>Voorganger:</w:t>
      </w:r>
      <w:r w:rsidR="00895F4D">
        <w:rPr>
          <w:rStyle w:val="Zwaar"/>
          <w:rFonts w:ascii="Verdana" w:hAnsi="Verdana"/>
          <w:sz w:val="28"/>
          <w:szCs w:val="28"/>
        </w:rPr>
        <w:t xml:space="preserve"> </w:t>
      </w:r>
      <w:r w:rsidR="00895F4D" w:rsidRPr="00B548C6">
        <w:rPr>
          <w:rStyle w:val="Zwaar"/>
          <w:rFonts w:ascii="Verdana" w:hAnsi="Verdana"/>
          <w:sz w:val="28"/>
          <w:szCs w:val="28"/>
        </w:rPr>
        <w:t>:</w:t>
      </w:r>
      <w:r w:rsidR="00895F4D">
        <w:rPr>
          <w:rStyle w:val="Zwaar"/>
          <w:rFonts w:ascii="Verdana" w:hAnsi="Verdana"/>
          <w:sz w:val="28"/>
          <w:szCs w:val="28"/>
        </w:rPr>
        <w:t xml:space="preserve"> ….. </w:t>
      </w:r>
      <w:r w:rsidR="00895F4D" w:rsidRPr="00895F4D">
        <w:rPr>
          <w:rStyle w:val="Zwaar"/>
          <w:rFonts w:ascii="Verdana" w:hAnsi="Verdana"/>
          <w:b w:val="0"/>
          <w:sz w:val="28"/>
          <w:szCs w:val="28"/>
        </w:rPr>
        <w:t>Zo bidden wij</w:t>
      </w:r>
      <w:r w:rsidR="00895F4D" w:rsidRPr="00B548C6">
        <w:rPr>
          <w:rFonts w:ascii="Verdana" w:hAnsi="Verdana"/>
          <w:sz w:val="28"/>
          <w:szCs w:val="28"/>
        </w:rPr>
        <w:br/>
      </w:r>
      <w:r w:rsidRPr="00B548C6">
        <w:rPr>
          <w:rStyle w:val="Zwaar"/>
          <w:rFonts w:ascii="Verdana" w:hAnsi="Verdana"/>
          <w:sz w:val="28"/>
          <w:szCs w:val="28"/>
        </w:rPr>
        <w:t>Allen:</w:t>
      </w:r>
      <w:r w:rsidR="00895F4D">
        <w:rPr>
          <w:rStyle w:val="Zwaar"/>
          <w:rFonts w:ascii="Verdana" w:hAnsi="Verdana"/>
          <w:sz w:val="28"/>
          <w:szCs w:val="28"/>
        </w:rPr>
        <w:t xml:space="preserve"> </w:t>
      </w:r>
      <w:r w:rsidRPr="001861DF">
        <w:rPr>
          <w:rFonts w:ascii="Verdana" w:hAnsi="Verdana"/>
          <w:b/>
          <w:sz w:val="28"/>
          <w:szCs w:val="28"/>
        </w:rPr>
        <w:t>Heer, ontferm U over ons.</w:t>
      </w:r>
      <w:r w:rsidRPr="001861DF">
        <w:rPr>
          <w:rFonts w:ascii="Verdana" w:hAnsi="Verdana"/>
          <w:b/>
          <w:sz w:val="28"/>
          <w:szCs w:val="28"/>
        </w:rPr>
        <w:br/>
        <w:t>Christus, ontferm U.</w:t>
      </w:r>
      <w:r w:rsidRPr="001861DF">
        <w:rPr>
          <w:rFonts w:ascii="Verdana" w:hAnsi="Verdana"/>
          <w:b/>
          <w:sz w:val="28"/>
          <w:szCs w:val="28"/>
        </w:rPr>
        <w:br/>
        <w:t>Heer, ontferm U over ons.</w:t>
      </w:r>
    </w:p>
    <w:p w14:paraId="4C52C002" w14:textId="77777777" w:rsidR="00B96783" w:rsidRDefault="00B96783" w:rsidP="00B96783">
      <w:pPr>
        <w:pStyle w:val="Normaalweb"/>
        <w:spacing w:line="360" w:lineRule="auto"/>
        <w:rPr>
          <w:rStyle w:val="Nadruk"/>
          <w:rFonts w:ascii="Verdana" w:hAnsi="Verdana"/>
          <w:b/>
          <w:i w:val="0"/>
          <w:sz w:val="28"/>
          <w:szCs w:val="28"/>
        </w:rPr>
      </w:pPr>
      <w:r w:rsidRPr="001861DF">
        <w:rPr>
          <w:rStyle w:val="Nadruk"/>
          <w:rFonts w:ascii="Verdana" w:hAnsi="Verdana"/>
          <w:b/>
          <w:i w:val="0"/>
          <w:sz w:val="28"/>
          <w:szCs w:val="28"/>
        </w:rPr>
        <w:t>Amen</w:t>
      </w:r>
    </w:p>
    <w:p w14:paraId="1D9CECDD" w14:textId="77777777" w:rsidR="00C446A6" w:rsidRPr="00A71A48" w:rsidRDefault="00871208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  <w:r w:rsidRPr="00D635B0">
        <w:rPr>
          <w:rFonts w:ascii="Segoe UI Symbol" w:hAnsi="Segoe UI Symbol" w:cs="Segoe UI Symbol"/>
          <w:sz w:val="28"/>
          <w:szCs w:val="28"/>
        </w:rPr>
        <w:t>🎵</w:t>
      </w:r>
      <w:r w:rsidRPr="00A71A48">
        <w:rPr>
          <w:rFonts w:ascii="Verdana" w:hAnsi="Verdana"/>
          <w:sz w:val="28"/>
          <w:szCs w:val="28"/>
        </w:rPr>
        <w:t xml:space="preserve"> </w:t>
      </w:r>
      <w:proofErr w:type="spellStart"/>
      <w:r w:rsidR="0062392F" w:rsidRPr="00F064CB">
        <w:rPr>
          <w:rFonts w:ascii="Verdana" w:hAnsi="Verdana"/>
          <w:b/>
          <w:bCs/>
          <w:sz w:val="28"/>
          <w:szCs w:val="28"/>
        </w:rPr>
        <w:t>Glorialied</w:t>
      </w:r>
      <w:proofErr w:type="spellEnd"/>
      <w:r w:rsidR="0062392F" w:rsidRPr="00F064CB">
        <w:rPr>
          <w:rFonts w:ascii="Verdana" w:hAnsi="Verdana"/>
          <w:b/>
          <w:bCs/>
          <w:sz w:val="28"/>
          <w:szCs w:val="28"/>
        </w:rPr>
        <w:t>:</w:t>
      </w:r>
      <w:r w:rsidR="0062392F" w:rsidRPr="00A71A48">
        <w:rPr>
          <w:rFonts w:ascii="Verdana" w:hAnsi="Verdana"/>
          <w:sz w:val="28"/>
          <w:szCs w:val="28"/>
        </w:rPr>
        <w:t xml:space="preserve"> </w:t>
      </w:r>
      <w:r w:rsidR="00D92CC6" w:rsidRPr="00A71A48">
        <w:rPr>
          <w:rFonts w:ascii="Verdana" w:hAnsi="Verdana"/>
          <w:sz w:val="28"/>
          <w:szCs w:val="28"/>
        </w:rPr>
        <w:t xml:space="preserve"> </w:t>
      </w:r>
      <w:r w:rsidR="00C41CCE" w:rsidRPr="00A71A48">
        <w:rPr>
          <w:rFonts w:ascii="Verdana" w:hAnsi="Verdana" w:cs="Arial"/>
          <w:b/>
          <w:sz w:val="28"/>
          <w:szCs w:val="28"/>
          <w:lang w:val="nl-NL"/>
        </w:rPr>
        <w:t xml:space="preserve">NLB </w:t>
      </w:r>
      <w:r w:rsidR="00C446A6" w:rsidRPr="00A71A48">
        <w:rPr>
          <w:rFonts w:ascii="Verdana" w:hAnsi="Verdana" w:cs="Arial"/>
          <w:b/>
          <w:sz w:val="28"/>
          <w:szCs w:val="28"/>
          <w:lang w:val="nl-NL"/>
        </w:rPr>
        <w:t>30</w:t>
      </w:r>
      <w:r w:rsidR="00432371" w:rsidRPr="00A71A48">
        <w:rPr>
          <w:rFonts w:ascii="Verdana" w:hAnsi="Verdana" w:cs="Arial"/>
          <w:b/>
          <w:sz w:val="28"/>
          <w:szCs w:val="28"/>
          <w:lang w:val="nl-NL"/>
        </w:rPr>
        <w:t>5</w:t>
      </w:r>
      <w:r w:rsidR="00C446A6" w:rsidRPr="00A71A48">
        <w:rPr>
          <w:rFonts w:ascii="Verdana" w:hAnsi="Verdana" w:cs="Arial"/>
          <w:b/>
          <w:sz w:val="28"/>
          <w:szCs w:val="28"/>
          <w:lang w:val="nl-NL"/>
        </w:rPr>
        <w:t xml:space="preserve"> – ‘</w:t>
      </w:r>
      <w:r w:rsidR="00432371" w:rsidRPr="00A71A48">
        <w:rPr>
          <w:rFonts w:ascii="Verdana" w:hAnsi="Verdana" w:cs="Arial"/>
          <w:b/>
          <w:sz w:val="28"/>
          <w:szCs w:val="28"/>
          <w:lang w:val="nl-NL"/>
        </w:rPr>
        <w:t>Alle eer en alle glorie’</w:t>
      </w:r>
    </w:p>
    <w:p w14:paraId="28378F7C" w14:textId="77777777" w:rsidR="00C446A6" w:rsidRPr="00A71A48" w:rsidRDefault="00C446A6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</w:p>
    <w:p w14:paraId="76886089" w14:textId="77777777" w:rsidR="00C41CCE" w:rsidRDefault="0062392F" w:rsidP="00C9391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28"/>
          <w:szCs w:val="28"/>
        </w:rPr>
      </w:pPr>
      <w:r w:rsidRPr="00A71A48">
        <w:rPr>
          <w:rFonts w:ascii="Verdana" w:hAnsi="Verdana"/>
          <w:sz w:val="28"/>
          <w:szCs w:val="28"/>
        </w:rPr>
        <w:t xml:space="preserve">Kindermoment </w:t>
      </w:r>
    </w:p>
    <w:p w14:paraId="68EC5576" w14:textId="77777777" w:rsidR="00C93917" w:rsidRPr="00A71A48" w:rsidRDefault="00C93917" w:rsidP="00C9391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28"/>
          <w:szCs w:val="28"/>
        </w:rPr>
      </w:pPr>
    </w:p>
    <w:p w14:paraId="4D978D12" w14:textId="77777777" w:rsidR="0062392F" w:rsidRPr="00C93917" w:rsidRDefault="00871208" w:rsidP="00C93917">
      <w:pPr>
        <w:spacing w:line="360" w:lineRule="auto"/>
        <w:rPr>
          <w:rFonts w:ascii="Verdana" w:hAnsi="Verdana"/>
          <w:b/>
          <w:sz w:val="28"/>
          <w:szCs w:val="28"/>
        </w:rPr>
      </w:pPr>
      <w:r w:rsidRPr="00C93917">
        <w:rPr>
          <w:rFonts w:ascii="Segoe UI Symbol" w:hAnsi="Segoe UI Symbol" w:cs="Segoe UI Symbol"/>
          <w:sz w:val="28"/>
          <w:szCs w:val="28"/>
        </w:rPr>
        <w:t>🎵</w:t>
      </w:r>
      <w:r w:rsidRPr="00C93917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="00BA6C9B" w:rsidRPr="00C93917">
        <w:rPr>
          <w:rFonts w:ascii="Verdana" w:hAnsi="Verdana"/>
          <w:b/>
          <w:sz w:val="28"/>
          <w:szCs w:val="28"/>
        </w:rPr>
        <w:t>Kinderlied</w:t>
      </w:r>
      <w:proofErr w:type="spellEnd"/>
    </w:p>
    <w:p w14:paraId="4A0BD962" w14:textId="77777777" w:rsidR="00BA6C9B" w:rsidRDefault="00BA6C9B" w:rsidP="00C93917">
      <w:pPr>
        <w:spacing w:before="100" w:beforeAutospacing="1" w:after="100" w:afterAutospacing="1" w:line="360" w:lineRule="auto"/>
        <w:outlineLvl w:val="0"/>
        <w:rPr>
          <w:rFonts w:ascii="Verdana" w:eastAsia="Times New Roman" w:hAnsi="Verdana" w:cs="Arial"/>
          <w:b/>
          <w:bCs/>
          <w:color w:val="000000"/>
          <w:kern w:val="36"/>
          <w:sz w:val="28"/>
          <w:szCs w:val="28"/>
          <w:lang w:eastAsia="nl-NL"/>
        </w:rPr>
      </w:pPr>
      <w:r w:rsidRPr="00C93917">
        <w:rPr>
          <w:rFonts w:ascii="Verdana" w:eastAsia="Times New Roman" w:hAnsi="Verdana" w:cs="Arial"/>
          <w:b/>
          <w:bCs/>
          <w:color w:val="000000"/>
          <w:kern w:val="36"/>
          <w:sz w:val="28"/>
          <w:szCs w:val="28"/>
          <w:lang w:eastAsia="nl-NL"/>
        </w:rPr>
        <w:t>Zacheüs (</w:t>
      </w:r>
      <w:proofErr w:type="spellStart"/>
      <w:r w:rsidRPr="00C93917">
        <w:rPr>
          <w:rFonts w:ascii="Verdana" w:eastAsia="Times New Roman" w:hAnsi="Verdana" w:cs="Arial"/>
          <w:b/>
          <w:bCs/>
          <w:color w:val="000000"/>
          <w:kern w:val="36"/>
          <w:sz w:val="28"/>
          <w:szCs w:val="28"/>
          <w:lang w:eastAsia="nl-NL"/>
        </w:rPr>
        <w:t>Oneforkids</w:t>
      </w:r>
      <w:proofErr w:type="spellEnd"/>
      <w:r w:rsidRPr="00C93917">
        <w:rPr>
          <w:rFonts w:ascii="Verdana" w:eastAsia="Times New Roman" w:hAnsi="Verdana" w:cs="Arial"/>
          <w:b/>
          <w:bCs/>
          <w:color w:val="000000"/>
          <w:kern w:val="36"/>
          <w:sz w:val="28"/>
          <w:szCs w:val="28"/>
          <w:lang w:eastAsia="nl-NL"/>
        </w:rPr>
        <w:t xml:space="preserve">) </w:t>
      </w:r>
    </w:p>
    <w:p w14:paraId="5ED7A0B7" w14:textId="4F116B04" w:rsidR="00F064CB" w:rsidRPr="00C93917" w:rsidRDefault="00F064CB" w:rsidP="00C93917">
      <w:pPr>
        <w:spacing w:before="100" w:beforeAutospacing="1" w:after="100" w:afterAutospacing="1" w:line="360" w:lineRule="auto"/>
        <w:outlineLvl w:val="0"/>
        <w:rPr>
          <w:rFonts w:ascii="Verdana" w:eastAsia="Times New Roman" w:hAnsi="Verdana" w:cs="Times New Roman"/>
          <w:sz w:val="28"/>
          <w:szCs w:val="28"/>
          <w:lang w:eastAsia="nl-NL"/>
        </w:rPr>
      </w:pPr>
      <w:r w:rsidRPr="00F064CB">
        <w:rPr>
          <w:rFonts w:ascii="Verdana" w:eastAsia="Times New Roman" w:hAnsi="Verdana" w:cs="Times New Roman"/>
          <w:sz w:val="28"/>
          <w:szCs w:val="28"/>
          <w:lang w:eastAsia="nl-NL"/>
        </w:rPr>
        <w:t>https://www.youtube.com/watch?v=6GidZmIM_U4&amp;list=RD6GidZmIM_U4&amp;start_radio=1</w:t>
      </w:r>
    </w:p>
    <w:p w14:paraId="5371C3AF" w14:textId="77777777" w:rsidR="00547E92" w:rsidRDefault="00BA6C9B" w:rsidP="00C93917">
      <w:pPr>
        <w:spacing w:line="360" w:lineRule="auto"/>
        <w:rPr>
          <w:rFonts w:ascii="Verdana" w:eastAsia="Times New Roman" w:hAnsi="Verdana" w:cs="Arial"/>
          <w:color w:val="000000"/>
          <w:sz w:val="28"/>
          <w:szCs w:val="28"/>
          <w:lang w:eastAsia="nl-NL"/>
        </w:rPr>
      </w:pP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Zacheüs is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een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tollenaar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veel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mensen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vinden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hem maar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naar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.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Zacheüs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voelt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zich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erg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alleen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heeft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niemand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om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zich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heen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heeft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niemand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om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zich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heen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.</w:t>
      </w:r>
    </w:p>
    <w:p w14:paraId="439F6961" w14:textId="4E6CE218" w:rsidR="00BA6C9B" w:rsidRPr="00C93917" w:rsidRDefault="00BA6C9B" w:rsidP="00C93917">
      <w:pPr>
        <w:spacing w:line="360" w:lineRule="auto"/>
        <w:rPr>
          <w:rFonts w:ascii="Verdana" w:eastAsia="Times New Roman" w:hAnsi="Verdana" w:cs="Arial"/>
          <w:color w:val="000000"/>
          <w:sz w:val="28"/>
          <w:szCs w:val="28"/>
          <w:lang w:eastAsia="nl-NL"/>
        </w:rPr>
      </w:pP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lastRenderedPageBreak/>
        <w:t xml:space="preserve">De Here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komt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vandaag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voorbij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de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mensen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staan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al in de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rij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.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Zacheüs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wil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er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ook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graag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bij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maar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ieder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roept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: ‘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Opzij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!'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maar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ieder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roept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: ‘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Opzij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!'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Zacheüs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krijgt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een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heel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goed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plan,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ziet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een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vijgeboom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en dan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klimt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erin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en heel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misschien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kan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de Here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zien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kan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de Here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zien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.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Daar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komt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de Here Jezus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aan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Hij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blijft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vlakbij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Zacheüs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staan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en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roept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: ‘Zacheüs,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kom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maar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gauw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‘k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wil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op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bezoek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bij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jou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‘k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wil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op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bezoek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bij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jou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!'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Al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voel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je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je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soms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heel erg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klein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je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hoeft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echt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niet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alleen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te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zijn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.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De Here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houdt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ook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veel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van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jou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,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Hij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roept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je: ‘Kom maar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gauw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!'</w:t>
      </w:r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br/>
        <w:t xml:space="preserve">Hij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roept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 xml:space="preserve"> je: ‘Kom maar </w:t>
      </w:r>
      <w:proofErr w:type="spellStart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gauw</w:t>
      </w:r>
      <w:proofErr w:type="spellEnd"/>
      <w:r w:rsidRPr="00C93917">
        <w:rPr>
          <w:rFonts w:ascii="Verdana" w:eastAsia="Times New Roman" w:hAnsi="Verdana" w:cs="Arial"/>
          <w:color w:val="000000"/>
          <w:sz w:val="28"/>
          <w:szCs w:val="28"/>
          <w:lang w:eastAsia="nl-NL"/>
        </w:rPr>
        <w:t>!'</w:t>
      </w:r>
    </w:p>
    <w:p w14:paraId="559A93D7" w14:textId="77777777" w:rsidR="001861DF" w:rsidRDefault="001861DF" w:rsidP="00A31FA0">
      <w:pPr>
        <w:pStyle w:val="Kop2"/>
        <w:spacing w:line="360" w:lineRule="auto"/>
        <w:rPr>
          <w:rFonts w:ascii="Verdana" w:hAnsi="Verdana"/>
          <w:color w:val="auto"/>
          <w:sz w:val="28"/>
          <w:szCs w:val="28"/>
        </w:rPr>
      </w:pPr>
      <w:r>
        <w:rPr>
          <w:rFonts w:ascii="Verdana" w:hAnsi="Verdana"/>
          <w:color w:val="auto"/>
          <w:sz w:val="28"/>
          <w:szCs w:val="28"/>
        </w:rPr>
        <w:lastRenderedPageBreak/>
        <w:t>WOORD</w:t>
      </w:r>
    </w:p>
    <w:p w14:paraId="2EBB196A" w14:textId="77777777" w:rsidR="0062392F" w:rsidRPr="006C733E" w:rsidRDefault="00DF67C4" w:rsidP="00A31FA0">
      <w:pPr>
        <w:pStyle w:val="Kop2"/>
        <w:spacing w:line="360" w:lineRule="auto"/>
        <w:rPr>
          <w:rFonts w:ascii="Verdana" w:hAnsi="Verdana"/>
          <w:color w:val="auto"/>
          <w:sz w:val="28"/>
          <w:szCs w:val="28"/>
        </w:rPr>
      </w:pPr>
      <w:r>
        <w:rPr>
          <w:rFonts w:ascii="Verdana" w:hAnsi="Verdana"/>
          <w:color w:val="auto"/>
          <w:sz w:val="28"/>
          <w:szCs w:val="28"/>
        </w:rPr>
        <w:t xml:space="preserve">De </w:t>
      </w:r>
      <w:proofErr w:type="spellStart"/>
      <w:r>
        <w:rPr>
          <w:rFonts w:ascii="Verdana" w:hAnsi="Verdana"/>
          <w:color w:val="auto"/>
          <w:sz w:val="28"/>
          <w:szCs w:val="28"/>
        </w:rPr>
        <w:t>Schrift</w:t>
      </w:r>
      <w:r w:rsidR="00895F4D">
        <w:rPr>
          <w:rFonts w:ascii="Verdana" w:hAnsi="Verdana"/>
          <w:color w:val="auto"/>
          <w:sz w:val="28"/>
          <w:szCs w:val="28"/>
        </w:rPr>
        <w:t>en</w:t>
      </w:r>
      <w:proofErr w:type="spellEnd"/>
    </w:p>
    <w:p w14:paraId="5ACAB3D3" w14:textId="77777777" w:rsidR="00D92CC6" w:rsidRPr="00895F4D" w:rsidRDefault="0062392F" w:rsidP="00A31FA0">
      <w:pPr>
        <w:spacing w:line="360" w:lineRule="auto"/>
        <w:rPr>
          <w:rFonts w:ascii="Verdana" w:hAnsi="Verdana" w:cs="Arial"/>
          <w:b/>
          <w:sz w:val="28"/>
          <w:szCs w:val="28"/>
          <w:lang w:val="nl-NL"/>
        </w:rPr>
      </w:pPr>
      <w:r w:rsidRPr="006C733E">
        <w:rPr>
          <w:rFonts w:ascii="Verdana" w:hAnsi="Verdana"/>
          <w:sz w:val="28"/>
          <w:szCs w:val="28"/>
        </w:rPr>
        <w:br/>
      </w:r>
      <w:r w:rsidR="00D92CC6" w:rsidRPr="00895F4D">
        <w:rPr>
          <w:rFonts w:ascii="Verdana" w:hAnsi="Verdana" w:cs="Arial"/>
          <w:b/>
          <w:sz w:val="28"/>
          <w:szCs w:val="28"/>
          <w:lang w:val="nl-NL"/>
        </w:rPr>
        <w:t>Gebed van de zondag</w:t>
      </w:r>
    </w:p>
    <w:p w14:paraId="2D6187F6" w14:textId="4F2C2288" w:rsidR="00D92CC6" w:rsidRPr="00895F4D" w:rsidRDefault="0062392F" w:rsidP="00A31FA0">
      <w:pPr>
        <w:spacing w:line="360" w:lineRule="auto"/>
        <w:rPr>
          <w:rFonts w:ascii="Verdana" w:hAnsi="Verdana" w:cs="Arial"/>
          <w:sz w:val="28"/>
          <w:szCs w:val="28"/>
          <w:lang w:val="nl-NL"/>
        </w:rPr>
      </w:pPr>
      <w:proofErr w:type="spellStart"/>
      <w:r w:rsidRPr="00895F4D">
        <w:rPr>
          <w:rFonts w:ascii="Verdana" w:hAnsi="Verdana"/>
          <w:b/>
          <w:sz w:val="28"/>
          <w:szCs w:val="28"/>
        </w:rPr>
        <w:t>Lezing</w:t>
      </w:r>
      <w:proofErr w:type="spellEnd"/>
      <w:r w:rsidRPr="00895F4D">
        <w:rPr>
          <w:rFonts w:ascii="Verdana" w:hAnsi="Verdana"/>
          <w:b/>
          <w:sz w:val="28"/>
          <w:szCs w:val="28"/>
        </w:rPr>
        <w:t xml:space="preserve"> </w:t>
      </w:r>
      <w:r w:rsidR="00B44BAB" w:rsidRPr="00895F4D">
        <w:rPr>
          <w:rFonts w:ascii="Verdana" w:hAnsi="Verdana"/>
          <w:b/>
          <w:sz w:val="28"/>
          <w:szCs w:val="28"/>
        </w:rPr>
        <w:t>Thora</w:t>
      </w:r>
      <w:r w:rsidRPr="00895F4D">
        <w:rPr>
          <w:rFonts w:ascii="Verdana" w:hAnsi="Verdana"/>
          <w:b/>
          <w:sz w:val="28"/>
          <w:szCs w:val="28"/>
        </w:rPr>
        <w:t>: Genesis 12:</w:t>
      </w:r>
      <w:r w:rsidR="00242D02">
        <w:rPr>
          <w:rFonts w:ascii="Verdana" w:hAnsi="Verdana"/>
          <w:b/>
          <w:sz w:val="28"/>
          <w:szCs w:val="28"/>
        </w:rPr>
        <w:t xml:space="preserve"> </w:t>
      </w:r>
      <w:r w:rsidRPr="00895F4D">
        <w:rPr>
          <w:rFonts w:ascii="Verdana" w:hAnsi="Verdana"/>
          <w:b/>
          <w:sz w:val="28"/>
          <w:szCs w:val="28"/>
        </w:rPr>
        <w:t>1</w:t>
      </w:r>
      <w:r w:rsidR="00242D02">
        <w:rPr>
          <w:rFonts w:ascii="Verdana" w:hAnsi="Verdana"/>
          <w:b/>
          <w:sz w:val="28"/>
          <w:szCs w:val="28"/>
        </w:rPr>
        <w:t xml:space="preserve"> </w:t>
      </w:r>
      <w:r w:rsidRPr="00895F4D">
        <w:rPr>
          <w:rFonts w:ascii="Verdana" w:hAnsi="Verdana"/>
          <w:b/>
          <w:sz w:val="28"/>
          <w:szCs w:val="28"/>
        </w:rPr>
        <w:t>–</w:t>
      </w:r>
      <w:r w:rsidR="00242D02">
        <w:rPr>
          <w:rFonts w:ascii="Verdana" w:hAnsi="Verdana"/>
          <w:b/>
          <w:sz w:val="28"/>
          <w:szCs w:val="28"/>
        </w:rPr>
        <w:t xml:space="preserve"> </w:t>
      </w:r>
      <w:r w:rsidRPr="00895F4D">
        <w:rPr>
          <w:rFonts w:ascii="Verdana" w:hAnsi="Verdana"/>
          <w:b/>
          <w:sz w:val="28"/>
          <w:szCs w:val="28"/>
        </w:rPr>
        <w:t>8</w:t>
      </w:r>
      <w:r w:rsidR="00242D02">
        <w:rPr>
          <w:rFonts w:ascii="Verdana" w:hAnsi="Verdana"/>
          <w:b/>
          <w:sz w:val="28"/>
          <w:szCs w:val="28"/>
        </w:rPr>
        <w:t xml:space="preserve"> </w:t>
      </w:r>
      <w:r w:rsidR="00D92CC6" w:rsidRPr="00895F4D">
        <w:rPr>
          <w:rFonts w:ascii="Verdana" w:hAnsi="Verdana" w:cs="Arial"/>
          <w:sz w:val="28"/>
          <w:szCs w:val="28"/>
          <w:lang w:val="nl-NL"/>
        </w:rPr>
        <w:t>Abram geroepen om te gaan</w:t>
      </w:r>
    </w:p>
    <w:p w14:paraId="11A9A7D6" w14:textId="77777777" w:rsidR="005D7080" w:rsidRPr="006C733E" w:rsidRDefault="00871208" w:rsidP="005D7080">
      <w:pPr>
        <w:rPr>
          <w:b/>
        </w:rPr>
      </w:pPr>
      <w:r w:rsidRPr="006C733E">
        <w:rPr>
          <w:rFonts w:ascii="Segoe UI Symbol" w:hAnsi="Segoe UI Symbol" w:cs="Segoe UI Symbol"/>
          <w:sz w:val="28"/>
          <w:szCs w:val="28"/>
        </w:rPr>
        <w:t>🎵</w:t>
      </w:r>
      <w:r w:rsidR="005D7080" w:rsidRPr="006C733E">
        <w:rPr>
          <w:rFonts w:ascii="Arial" w:eastAsia="Times New Roman" w:hAnsi="Arial" w:cs="Arial"/>
          <w:b/>
          <w:bCs/>
          <w:kern w:val="36"/>
          <w:sz w:val="42"/>
          <w:szCs w:val="42"/>
          <w:lang w:eastAsia="nl-NL"/>
        </w:rPr>
        <w:t xml:space="preserve"> </w:t>
      </w:r>
      <w:r w:rsidR="00DF67C4" w:rsidRPr="00BA4B33">
        <w:rPr>
          <w:rFonts w:ascii="Verdana" w:eastAsia="Times New Roman" w:hAnsi="Verdana" w:cs="Arial"/>
          <w:b/>
          <w:bCs/>
          <w:kern w:val="36"/>
          <w:sz w:val="28"/>
          <w:szCs w:val="28"/>
          <w:lang w:eastAsia="nl-NL"/>
        </w:rPr>
        <w:t xml:space="preserve">Lied: </w:t>
      </w:r>
      <w:r w:rsidR="005D7080" w:rsidRPr="00BA4B33">
        <w:rPr>
          <w:rFonts w:ascii="Verdana" w:eastAsia="Times New Roman" w:hAnsi="Verdana" w:cs="Arial"/>
          <w:b/>
          <w:bCs/>
          <w:kern w:val="36"/>
          <w:sz w:val="28"/>
          <w:szCs w:val="28"/>
          <w:lang w:eastAsia="nl-NL"/>
        </w:rPr>
        <w:t>Als</w:t>
      </w:r>
      <w:r w:rsidR="005D7080" w:rsidRPr="00215F36">
        <w:rPr>
          <w:rFonts w:ascii="Verdana" w:eastAsia="Times New Roman" w:hAnsi="Verdana" w:cs="Arial"/>
          <w:b/>
          <w:bCs/>
          <w:kern w:val="36"/>
          <w:sz w:val="28"/>
          <w:szCs w:val="28"/>
          <w:lang w:eastAsia="nl-NL"/>
        </w:rPr>
        <w:t xml:space="preserve"> </w:t>
      </w:r>
      <w:proofErr w:type="spellStart"/>
      <w:r w:rsidR="005D7080" w:rsidRPr="00215F36">
        <w:rPr>
          <w:rFonts w:ascii="Verdana" w:eastAsia="Times New Roman" w:hAnsi="Verdana" w:cs="Arial"/>
          <w:b/>
          <w:bCs/>
          <w:kern w:val="36"/>
          <w:sz w:val="28"/>
          <w:szCs w:val="28"/>
          <w:lang w:eastAsia="nl-NL"/>
        </w:rPr>
        <w:t>nieuw</w:t>
      </w:r>
      <w:proofErr w:type="spellEnd"/>
      <w:r w:rsidR="005D7080" w:rsidRPr="00215F36">
        <w:rPr>
          <w:rFonts w:ascii="Verdana" w:eastAsia="Times New Roman" w:hAnsi="Verdana" w:cs="Arial"/>
          <w:b/>
          <w:bCs/>
          <w:kern w:val="36"/>
          <w:sz w:val="28"/>
          <w:szCs w:val="28"/>
          <w:lang w:eastAsia="nl-NL"/>
        </w:rPr>
        <w:t xml:space="preserve"> </w:t>
      </w:r>
      <w:proofErr w:type="spellStart"/>
      <w:r w:rsidR="005D7080" w:rsidRPr="00215F36">
        <w:rPr>
          <w:rFonts w:ascii="Verdana" w:eastAsia="Times New Roman" w:hAnsi="Verdana" w:cs="Arial"/>
          <w:b/>
          <w:bCs/>
          <w:kern w:val="36"/>
          <w:sz w:val="28"/>
          <w:szCs w:val="28"/>
          <w:lang w:eastAsia="nl-NL"/>
        </w:rPr>
        <w:t>geboren</w:t>
      </w:r>
      <w:proofErr w:type="spellEnd"/>
      <w:r w:rsidR="005D7080" w:rsidRPr="00215F36">
        <w:rPr>
          <w:rFonts w:ascii="Verdana" w:eastAsia="Times New Roman" w:hAnsi="Verdana" w:cs="Arial"/>
          <w:b/>
          <w:bCs/>
          <w:kern w:val="36"/>
          <w:sz w:val="28"/>
          <w:szCs w:val="28"/>
          <w:lang w:eastAsia="nl-NL"/>
        </w:rPr>
        <w:t> </w:t>
      </w:r>
      <w:r w:rsidR="001861DF" w:rsidRPr="001861DF">
        <w:rPr>
          <w:rFonts w:ascii="Verdana" w:eastAsia="Times New Roman" w:hAnsi="Verdana" w:cs="Arial"/>
          <w:bCs/>
          <w:kern w:val="36"/>
          <w:sz w:val="28"/>
          <w:szCs w:val="28"/>
          <w:lang w:eastAsia="nl-NL"/>
        </w:rPr>
        <w:t>(</w:t>
      </w:r>
      <w:proofErr w:type="spellStart"/>
      <w:r w:rsidR="001861DF" w:rsidRPr="001861DF">
        <w:rPr>
          <w:rFonts w:ascii="Verdana" w:eastAsia="Times New Roman" w:hAnsi="Verdana" w:cs="Arial"/>
          <w:bCs/>
          <w:kern w:val="36"/>
          <w:sz w:val="28"/>
          <w:szCs w:val="28"/>
          <w:lang w:eastAsia="nl-NL"/>
        </w:rPr>
        <w:t>naar</w:t>
      </w:r>
      <w:proofErr w:type="spellEnd"/>
      <w:r w:rsidR="001861DF" w:rsidRPr="001861DF">
        <w:rPr>
          <w:rFonts w:ascii="Verdana" w:eastAsia="Times New Roman" w:hAnsi="Verdana" w:cs="Arial"/>
          <w:bCs/>
          <w:kern w:val="36"/>
          <w:sz w:val="28"/>
          <w:szCs w:val="28"/>
          <w:lang w:eastAsia="nl-NL"/>
        </w:rPr>
        <w:t xml:space="preserve"> psalm 32)</w:t>
      </w:r>
    </w:p>
    <w:p w14:paraId="34986A73" w14:textId="77777777" w:rsidR="00B44BAB" w:rsidRDefault="00B44BAB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  <w:hyperlink r:id="rId7" w:history="1">
        <w:r w:rsidRPr="006C733E">
          <w:rPr>
            <w:rStyle w:val="Hyperlink"/>
            <w:rFonts w:ascii="Verdana" w:hAnsi="Verdana" w:cs="Arial"/>
            <w:b/>
            <w:color w:val="auto"/>
            <w:sz w:val="28"/>
            <w:szCs w:val="28"/>
            <w:lang w:val="nl-NL"/>
          </w:rPr>
          <w:t>https://www.youtube.com/watch?v=X8y3h4StPIE</w:t>
        </w:r>
      </w:hyperlink>
    </w:p>
    <w:p w14:paraId="56388FF9" w14:textId="77777777" w:rsidR="006C733E" w:rsidRPr="006C733E" w:rsidRDefault="006C733E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</w:p>
    <w:p w14:paraId="52F82743" w14:textId="77777777" w:rsidR="00B44BAB" w:rsidRPr="006C733E" w:rsidRDefault="00B44BAB" w:rsidP="00B44BAB">
      <w:pPr>
        <w:spacing w:after="160" w:line="259" w:lineRule="auto"/>
        <w:rPr>
          <w:rFonts w:ascii="Verdana" w:eastAsiaTheme="minorHAnsi" w:hAnsi="Verdana"/>
          <w:sz w:val="28"/>
          <w:szCs w:val="28"/>
        </w:rPr>
      </w:pPr>
      <w:r w:rsidRPr="006C733E">
        <w:rPr>
          <w:rFonts w:ascii="Verdana" w:eastAsia="Times New Roman" w:hAnsi="Verdana" w:cs="Arial"/>
          <w:sz w:val="28"/>
          <w:szCs w:val="28"/>
          <w:lang w:eastAsia="nl-NL"/>
        </w:rPr>
        <w:t xml:space="preserve">Zo </w:t>
      </w:r>
      <w:proofErr w:type="spellStart"/>
      <w:r w:rsidRPr="006C733E">
        <w:rPr>
          <w:rFonts w:ascii="Verdana" w:eastAsia="Times New Roman" w:hAnsi="Verdana" w:cs="Arial"/>
          <w:sz w:val="28"/>
          <w:szCs w:val="28"/>
          <w:lang w:eastAsia="nl-NL"/>
        </w:rPr>
        <w:t>liefdevol</w:t>
      </w:r>
      <w:proofErr w:type="spellEnd"/>
      <w:r w:rsidRPr="006C733E">
        <w:rPr>
          <w:rFonts w:ascii="Verdana" w:eastAsia="Times New Roman" w:hAnsi="Verdana" w:cs="Arial"/>
          <w:sz w:val="28"/>
          <w:szCs w:val="28"/>
          <w:lang w:eastAsia="nl-NL"/>
        </w:rPr>
        <w:t xml:space="preserve"> Heer rust op </w:t>
      </w:r>
      <w:proofErr w:type="spellStart"/>
      <w:r w:rsidRPr="006C733E">
        <w:rPr>
          <w:rFonts w:ascii="Verdana" w:eastAsia="Times New Roman" w:hAnsi="Verdana" w:cs="Arial"/>
          <w:sz w:val="28"/>
          <w:szCs w:val="28"/>
          <w:lang w:eastAsia="nl-NL"/>
        </w:rPr>
        <w:t>mij</w:t>
      </w:r>
      <w:proofErr w:type="spellEnd"/>
      <w:r w:rsidRPr="006C733E">
        <w:rPr>
          <w:rFonts w:ascii="Verdana" w:eastAsia="Times New Roman" w:hAnsi="Verdana" w:cs="Arial"/>
          <w:sz w:val="28"/>
          <w:szCs w:val="28"/>
          <w:lang w:eastAsia="nl-NL"/>
        </w:rPr>
        <w:t xml:space="preserve"> </w:t>
      </w:r>
      <w:proofErr w:type="spellStart"/>
      <w:r w:rsidRPr="006C733E">
        <w:rPr>
          <w:rFonts w:ascii="Verdana" w:eastAsia="Times New Roman" w:hAnsi="Verdana" w:cs="Arial"/>
          <w:sz w:val="28"/>
          <w:szCs w:val="28"/>
          <w:lang w:eastAsia="nl-NL"/>
        </w:rPr>
        <w:t>uw</w:t>
      </w:r>
      <w:proofErr w:type="spellEnd"/>
      <w:r w:rsidRPr="006C733E">
        <w:rPr>
          <w:rFonts w:ascii="Verdana" w:eastAsia="Times New Roman" w:hAnsi="Verdana" w:cs="Arial"/>
          <w:sz w:val="28"/>
          <w:szCs w:val="28"/>
          <w:lang w:eastAsia="nl-NL"/>
        </w:rPr>
        <w:t xml:space="preserve"> </w:t>
      </w:r>
      <w:proofErr w:type="spellStart"/>
      <w:r w:rsidRPr="006C733E">
        <w:rPr>
          <w:rFonts w:ascii="Verdana" w:eastAsia="Times New Roman" w:hAnsi="Verdana" w:cs="Arial"/>
          <w:sz w:val="28"/>
          <w:szCs w:val="28"/>
          <w:lang w:eastAsia="nl-NL"/>
        </w:rPr>
        <w:t>oog</w:t>
      </w:r>
      <w:proofErr w:type="spellEnd"/>
    </w:p>
    <w:p w14:paraId="15070D15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U </w:t>
      </w:r>
      <w:proofErr w:type="spellStart"/>
      <w:r w:rsidRPr="006C733E">
        <w:rPr>
          <w:rFonts w:ascii="Verdana" w:hAnsi="Verdana"/>
          <w:sz w:val="28"/>
          <w:szCs w:val="28"/>
        </w:rPr>
        <w:t>leidt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uit</w:t>
      </w:r>
      <w:proofErr w:type="spellEnd"/>
      <w:r w:rsidRPr="006C733E">
        <w:rPr>
          <w:rFonts w:ascii="Verdana" w:hAnsi="Verdana"/>
          <w:sz w:val="28"/>
          <w:szCs w:val="28"/>
        </w:rPr>
        <w:t xml:space="preserve"> de </w:t>
      </w:r>
      <w:proofErr w:type="spellStart"/>
      <w:r w:rsidRPr="006C733E">
        <w:rPr>
          <w:rFonts w:ascii="Verdana" w:hAnsi="Verdana"/>
          <w:sz w:val="28"/>
          <w:szCs w:val="28"/>
        </w:rPr>
        <w:t>diepte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weer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omhoog</w:t>
      </w:r>
      <w:proofErr w:type="spellEnd"/>
    </w:p>
    <w:p w14:paraId="4A8DAD01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proofErr w:type="spellStart"/>
      <w:r w:rsidRPr="006C733E">
        <w:rPr>
          <w:rFonts w:ascii="Verdana" w:hAnsi="Verdana"/>
          <w:sz w:val="28"/>
          <w:szCs w:val="28"/>
        </w:rPr>
        <w:t>Mijn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schuld</w:t>
      </w:r>
      <w:proofErr w:type="spellEnd"/>
      <w:r w:rsidRPr="006C733E">
        <w:rPr>
          <w:rFonts w:ascii="Verdana" w:hAnsi="Verdana"/>
          <w:sz w:val="28"/>
          <w:szCs w:val="28"/>
        </w:rPr>
        <w:t xml:space="preserve"> en </w:t>
      </w:r>
      <w:proofErr w:type="spellStart"/>
      <w:r w:rsidRPr="006C733E">
        <w:rPr>
          <w:rFonts w:ascii="Verdana" w:hAnsi="Verdana"/>
          <w:sz w:val="28"/>
          <w:szCs w:val="28"/>
        </w:rPr>
        <w:t>ontrouw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hebt</w:t>
      </w:r>
      <w:proofErr w:type="spellEnd"/>
      <w:r w:rsidRPr="006C733E">
        <w:rPr>
          <w:rFonts w:ascii="Verdana" w:hAnsi="Verdana"/>
          <w:sz w:val="28"/>
          <w:szCs w:val="28"/>
        </w:rPr>
        <w:t xml:space="preserve"> U </w:t>
      </w:r>
      <w:proofErr w:type="spellStart"/>
      <w:r w:rsidRPr="006C733E">
        <w:rPr>
          <w:rFonts w:ascii="Verdana" w:hAnsi="Verdana"/>
          <w:sz w:val="28"/>
          <w:szCs w:val="28"/>
        </w:rPr>
        <w:t>weggedaan</w:t>
      </w:r>
      <w:proofErr w:type="spellEnd"/>
    </w:p>
    <w:p w14:paraId="3832D90E" w14:textId="2C8DB051" w:rsidR="00B44BAB" w:rsidRDefault="00B44BAB" w:rsidP="00B44BAB">
      <w:pPr>
        <w:rPr>
          <w:rFonts w:ascii="Verdana" w:hAnsi="Verdana"/>
          <w:sz w:val="28"/>
          <w:szCs w:val="28"/>
        </w:rPr>
      </w:pPr>
      <w:proofErr w:type="spellStart"/>
      <w:r w:rsidRPr="006C733E">
        <w:rPr>
          <w:rFonts w:ascii="Verdana" w:hAnsi="Verdana"/>
          <w:sz w:val="28"/>
          <w:szCs w:val="28"/>
        </w:rPr>
        <w:t>als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nieuwgeboren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ziet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r w:rsidR="00242D02">
        <w:rPr>
          <w:rFonts w:ascii="Verdana" w:hAnsi="Verdana"/>
          <w:sz w:val="28"/>
          <w:szCs w:val="28"/>
        </w:rPr>
        <w:t>U</w:t>
      </w:r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nu </w:t>
      </w:r>
      <w:proofErr w:type="spellStart"/>
      <w:r w:rsidRPr="006C733E">
        <w:rPr>
          <w:rFonts w:ascii="Verdana" w:hAnsi="Verdana"/>
          <w:sz w:val="28"/>
          <w:szCs w:val="28"/>
        </w:rPr>
        <w:t>aan</w:t>
      </w:r>
      <w:proofErr w:type="spellEnd"/>
      <w:r w:rsidR="00242D02">
        <w:rPr>
          <w:rFonts w:ascii="Verdana" w:hAnsi="Verdana"/>
          <w:sz w:val="28"/>
          <w:szCs w:val="28"/>
        </w:rPr>
        <w:t>.</w:t>
      </w:r>
    </w:p>
    <w:p w14:paraId="11BDB1D3" w14:textId="77777777" w:rsidR="00BA4B33" w:rsidRPr="006C733E" w:rsidRDefault="00BA4B33" w:rsidP="00B44BAB">
      <w:pPr>
        <w:rPr>
          <w:rFonts w:ascii="Verdana" w:hAnsi="Verdana"/>
          <w:sz w:val="28"/>
          <w:szCs w:val="28"/>
        </w:rPr>
      </w:pPr>
    </w:p>
    <w:p w14:paraId="355BA6EC" w14:textId="52B1EE17" w:rsidR="00B44BAB" w:rsidRPr="006C733E" w:rsidRDefault="006C733E" w:rsidP="00B44BAB">
      <w:pPr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Refrein</w:t>
      </w:r>
      <w:proofErr w:type="spellEnd"/>
      <w:r w:rsidR="00242D02">
        <w:rPr>
          <w:rFonts w:ascii="Verdana" w:hAnsi="Verdana"/>
          <w:sz w:val="28"/>
          <w:szCs w:val="28"/>
        </w:rPr>
        <w:t>:</w:t>
      </w:r>
      <w:r>
        <w:rPr>
          <w:rFonts w:ascii="Verdana" w:hAnsi="Verdana"/>
          <w:sz w:val="28"/>
          <w:szCs w:val="28"/>
        </w:rPr>
        <w:t xml:space="preserve"> </w:t>
      </w:r>
      <w:r w:rsidR="00B44BAB" w:rsidRPr="006C733E">
        <w:rPr>
          <w:rFonts w:ascii="Verdana" w:hAnsi="Verdana"/>
          <w:sz w:val="28"/>
          <w:szCs w:val="28"/>
        </w:rPr>
        <w:t xml:space="preserve">U </w:t>
      </w:r>
      <w:proofErr w:type="spellStart"/>
      <w:r w:rsidR="00B44BAB" w:rsidRPr="006C733E">
        <w:rPr>
          <w:rFonts w:ascii="Verdana" w:hAnsi="Verdana"/>
          <w:sz w:val="28"/>
          <w:szCs w:val="28"/>
        </w:rPr>
        <w:t>zult</w:t>
      </w:r>
      <w:proofErr w:type="spellEnd"/>
      <w:r w:rsidR="00B44BAB"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="00B44BAB" w:rsidRPr="006C733E">
        <w:rPr>
          <w:rFonts w:ascii="Verdana" w:hAnsi="Verdana"/>
          <w:sz w:val="28"/>
          <w:szCs w:val="28"/>
        </w:rPr>
        <w:t>mij</w:t>
      </w:r>
      <w:proofErr w:type="spellEnd"/>
      <w:r w:rsidR="00B44BAB"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="00B44BAB" w:rsidRPr="006C733E">
        <w:rPr>
          <w:rFonts w:ascii="Verdana" w:hAnsi="Verdana"/>
          <w:sz w:val="28"/>
          <w:szCs w:val="28"/>
        </w:rPr>
        <w:t>voortaan</w:t>
      </w:r>
      <w:proofErr w:type="spellEnd"/>
      <w:r w:rsidR="00B44BAB" w:rsidRPr="006C733E">
        <w:rPr>
          <w:rFonts w:ascii="Verdana" w:hAnsi="Verdana"/>
          <w:sz w:val="28"/>
          <w:szCs w:val="28"/>
        </w:rPr>
        <w:t xml:space="preserve"> door </w:t>
      </w:r>
      <w:proofErr w:type="spellStart"/>
      <w:r w:rsidR="00B44BAB" w:rsidRPr="006C733E">
        <w:rPr>
          <w:rFonts w:ascii="Verdana" w:hAnsi="Verdana"/>
          <w:sz w:val="28"/>
          <w:szCs w:val="28"/>
        </w:rPr>
        <w:t>uw</w:t>
      </w:r>
      <w:proofErr w:type="spellEnd"/>
      <w:r w:rsidR="00B44BAB"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="00B44BAB" w:rsidRPr="006C733E">
        <w:rPr>
          <w:rFonts w:ascii="Verdana" w:hAnsi="Verdana"/>
          <w:sz w:val="28"/>
          <w:szCs w:val="28"/>
        </w:rPr>
        <w:t>trouw</w:t>
      </w:r>
      <w:proofErr w:type="spellEnd"/>
      <w:r w:rsidR="00B44BAB"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="00B44BAB" w:rsidRPr="006C733E">
        <w:rPr>
          <w:rFonts w:ascii="Verdana" w:hAnsi="Verdana"/>
          <w:sz w:val="28"/>
          <w:szCs w:val="28"/>
        </w:rPr>
        <w:t>bewaken</w:t>
      </w:r>
      <w:proofErr w:type="spellEnd"/>
    </w:p>
    <w:p w14:paraId="181F7937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U </w:t>
      </w:r>
      <w:proofErr w:type="spellStart"/>
      <w:r w:rsidRPr="006C733E">
        <w:rPr>
          <w:rFonts w:ascii="Verdana" w:hAnsi="Verdana"/>
          <w:sz w:val="28"/>
          <w:szCs w:val="28"/>
        </w:rPr>
        <w:t>zult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leven</w:t>
      </w:r>
      <w:proofErr w:type="spellEnd"/>
      <w:r w:rsidRPr="006C733E">
        <w:rPr>
          <w:rFonts w:ascii="Verdana" w:hAnsi="Verdana"/>
          <w:sz w:val="28"/>
          <w:szCs w:val="28"/>
        </w:rPr>
        <w:t xml:space="preserve"> vol van </w:t>
      </w:r>
      <w:proofErr w:type="spellStart"/>
      <w:r w:rsidRPr="006C733E">
        <w:rPr>
          <w:rFonts w:ascii="Verdana" w:hAnsi="Verdana"/>
          <w:sz w:val="28"/>
          <w:szCs w:val="28"/>
        </w:rPr>
        <w:t>vreugde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maken</w:t>
      </w:r>
      <w:proofErr w:type="spellEnd"/>
    </w:p>
    <w:p w14:paraId="0A79DF6B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Zo </w:t>
      </w:r>
      <w:proofErr w:type="spellStart"/>
      <w:r w:rsidRPr="006C733E">
        <w:rPr>
          <w:rFonts w:ascii="Verdana" w:hAnsi="Verdana"/>
          <w:sz w:val="28"/>
          <w:szCs w:val="28"/>
        </w:rPr>
        <w:t>zal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uw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weg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wijzen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waar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te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gaan</w:t>
      </w:r>
      <w:proofErr w:type="spellEnd"/>
    </w:p>
    <w:p w14:paraId="007CB456" w14:textId="58577028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U </w:t>
      </w:r>
      <w:proofErr w:type="spellStart"/>
      <w:r w:rsidRPr="006C733E">
        <w:rPr>
          <w:rFonts w:ascii="Verdana" w:hAnsi="Verdana"/>
          <w:sz w:val="28"/>
          <w:szCs w:val="28"/>
        </w:rPr>
        <w:t>gaat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voor </w:t>
      </w:r>
      <w:r w:rsidR="00242D02">
        <w:rPr>
          <w:rFonts w:ascii="Verdana" w:hAnsi="Verdana"/>
          <w:sz w:val="28"/>
          <w:szCs w:val="28"/>
        </w:rPr>
        <w:t>U</w:t>
      </w:r>
      <w:r w:rsidRPr="006C733E">
        <w:rPr>
          <w:rFonts w:ascii="Verdana" w:hAnsi="Verdana"/>
          <w:sz w:val="28"/>
          <w:szCs w:val="28"/>
        </w:rPr>
        <w:t xml:space="preserve"> m</w:t>
      </w:r>
      <w:proofErr w:type="spellStart"/>
      <w:r w:rsidRPr="006C733E">
        <w:rPr>
          <w:rFonts w:ascii="Verdana" w:hAnsi="Verdana"/>
          <w:sz w:val="28"/>
          <w:szCs w:val="28"/>
        </w:rPr>
        <w:t>aakt</w:t>
      </w:r>
      <w:proofErr w:type="spellEnd"/>
      <w:r w:rsidRPr="006C733E">
        <w:rPr>
          <w:rFonts w:ascii="Verdana" w:hAnsi="Verdana"/>
          <w:sz w:val="28"/>
          <w:szCs w:val="28"/>
        </w:rPr>
        <w:t xml:space="preserve"> voor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ruim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baan</w:t>
      </w:r>
      <w:proofErr w:type="spellEnd"/>
      <w:r w:rsidR="00242D02">
        <w:rPr>
          <w:rFonts w:ascii="Verdana" w:hAnsi="Verdana"/>
          <w:sz w:val="28"/>
          <w:szCs w:val="28"/>
        </w:rPr>
        <w:t>.</w:t>
      </w:r>
    </w:p>
    <w:p w14:paraId="4B1EFE04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</w:p>
    <w:p w14:paraId="7F03B0D3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proofErr w:type="spellStart"/>
      <w:r w:rsidRPr="006C733E">
        <w:rPr>
          <w:rFonts w:ascii="Verdana" w:hAnsi="Verdana"/>
          <w:sz w:val="28"/>
          <w:szCs w:val="28"/>
        </w:rPr>
        <w:t>Zolang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ik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zweeg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verdorde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bestaan</w:t>
      </w:r>
      <w:proofErr w:type="spellEnd"/>
    </w:p>
    <w:p w14:paraId="4BA37DFF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Ik was </w:t>
      </w:r>
      <w:proofErr w:type="spellStart"/>
      <w:r w:rsidRPr="006C733E">
        <w:rPr>
          <w:rFonts w:ascii="Verdana" w:hAnsi="Verdana"/>
          <w:sz w:val="28"/>
          <w:szCs w:val="28"/>
        </w:rPr>
        <w:t>bezwaard</w:t>
      </w:r>
      <w:proofErr w:type="spellEnd"/>
      <w:r w:rsidRPr="006C733E">
        <w:rPr>
          <w:rFonts w:ascii="Verdana" w:hAnsi="Verdana"/>
          <w:sz w:val="28"/>
          <w:szCs w:val="28"/>
        </w:rPr>
        <w:t xml:space="preserve"> zo </w:t>
      </w:r>
      <w:proofErr w:type="spellStart"/>
      <w:r w:rsidRPr="006C733E">
        <w:rPr>
          <w:rFonts w:ascii="Verdana" w:hAnsi="Verdana"/>
          <w:sz w:val="28"/>
          <w:szCs w:val="28"/>
        </w:rPr>
        <w:t>greep</w:t>
      </w:r>
      <w:proofErr w:type="spellEnd"/>
      <w:r w:rsidRPr="006C733E">
        <w:rPr>
          <w:rFonts w:ascii="Verdana" w:hAnsi="Verdana"/>
          <w:sz w:val="28"/>
          <w:szCs w:val="28"/>
        </w:rPr>
        <w:t xml:space="preserve"> de </w:t>
      </w:r>
      <w:proofErr w:type="spellStart"/>
      <w:r w:rsidRPr="006C733E">
        <w:rPr>
          <w:rFonts w:ascii="Verdana" w:hAnsi="Verdana"/>
          <w:sz w:val="28"/>
          <w:szCs w:val="28"/>
        </w:rPr>
        <w:t>schuld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aan</w:t>
      </w:r>
      <w:proofErr w:type="spellEnd"/>
    </w:p>
    <w:p w14:paraId="5A25767A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proofErr w:type="spellStart"/>
      <w:r w:rsidRPr="006C733E">
        <w:rPr>
          <w:rFonts w:ascii="Verdana" w:hAnsi="Verdana"/>
          <w:sz w:val="28"/>
          <w:szCs w:val="28"/>
        </w:rPr>
        <w:t>Zwaar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woog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uw</w:t>
      </w:r>
      <w:proofErr w:type="spellEnd"/>
      <w:r w:rsidRPr="006C733E">
        <w:rPr>
          <w:rFonts w:ascii="Verdana" w:hAnsi="Verdana"/>
          <w:sz w:val="28"/>
          <w:szCs w:val="28"/>
        </w:rPr>
        <w:t xml:space="preserve"> hand op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Heer dag en </w:t>
      </w:r>
      <w:proofErr w:type="spellStart"/>
      <w:r w:rsidRPr="006C733E">
        <w:rPr>
          <w:rFonts w:ascii="Verdana" w:hAnsi="Verdana"/>
          <w:sz w:val="28"/>
          <w:szCs w:val="28"/>
        </w:rPr>
        <w:t>nacht</w:t>
      </w:r>
      <w:proofErr w:type="spellEnd"/>
    </w:p>
    <w:p w14:paraId="6A3F142A" w14:textId="17C728AC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lastRenderedPageBreak/>
        <w:t xml:space="preserve">In </w:t>
      </w:r>
      <w:proofErr w:type="spellStart"/>
      <w:r w:rsidRPr="006C733E">
        <w:rPr>
          <w:rFonts w:ascii="Verdana" w:hAnsi="Verdana"/>
          <w:sz w:val="28"/>
          <w:szCs w:val="28"/>
        </w:rPr>
        <w:t>zelfbeklag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verdween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levenskracht</w:t>
      </w:r>
      <w:proofErr w:type="spellEnd"/>
      <w:r w:rsidR="00242D02">
        <w:rPr>
          <w:rFonts w:ascii="Verdana" w:hAnsi="Verdana"/>
          <w:sz w:val="28"/>
          <w:szCs w:val="28"/>
        </w:rPr>
        <w:t>.</w:t>
      </w:r>
    </w:p>
    <w:p w14:paraId="3AEF6CEE" w14:textId="77777777" w:rsidR="00242D02" w:rsidRDefault="00242D02" w:rsidP="00B44BAB">
      <w:pPr>
        <w:rPr>
          <w:rFonts w:ascii="Verdana" w:hAnsi="Verdana"/>
          <w:sz w:val="28"/>
          <w:szCs w:val="28"/>
        </w:rPr>
      </w:pPr>
    </w:p>
    <w:p w14:paraId="10F5740A" w14:textId="2D76A046" w:rsidR="00B44BAB" w:rsidRPr="006C733E" w:rsidRDefault="00B44BAB" w:rsidP="00B44BAB">
      <w:pPr>
        <w:rPr>
          <w:rFonts w:ascii="Verdana" w:hAnsi="Verdana"/>
          <w:sz w:val="28"/>
          <w:szCs w:val="28"/>
        </w:rPr>
      </w:pPr>
      <w:proofErr w:type="spellStart"/>
      <w:r w:rsidRPr="006C733E">
        <w:rPr>
          <w:rFonts w:ascii="Verdana" w:hAnsi="Verdana"/>
          <w:sz w:val="28"/>
          <w:szCs w:val="28"/>
        </w:rPr>
        <w:t>Mijn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ontrouw</w:t>
      </w:r>
      <w:proofErr w:type="spellEnd"/>
      <w:r w:rsidRPr="006C733E">
        <w:rPr>
          <w:rFonts w:ascii="Verdana" w:hAnsi="Verdana"/>
          <w:sz w:val="28"/>
          <w:szCs w:val="28"/>
        </w:rPr>
        <w:t xml:space="preserve"> Heer </w:t>
      </w:r>
      <w:proofErr w:type="spellStart"/>
      <w:r w:rsidRPr="006C733E">
        <w:rPr>
          <w:rFonts w:ascii="Verdana" w:hAnsi="Verdana"/>
          <w:sz w:val="28"/>
          <w:szCs w:val="28"/>
        </w:rPr>
        <w:t>heb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ik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aan</w:t>
      </w:r>
      <w:proofErr w:type="spellEnd"/>
      <w:r w:rsidRPr="006C733E">
        <w:rPr>
          <w:rFonts w:ascii="Verdana" w:hAnsi="Verdana"/>
          <w:sz w:val="28"/>
          <w:szCs w:val="28"/>
        </w:rPr>
        <w:t xml:space="preserve"> U </w:t>
      </w:r>
      <w:proofErr w:type="spellStart"/>
      <w:r w:rsidRPr="006C733E">
        <w:rPr>
          <w:rFonts w:ascii="Verdana" w:hAnsi="Verdana"/>
          <w:sz w:val="28"/>
          <w:szCs w:val="28"/>
        </w:rPr>
        <w:t>beleden</w:t>
      </w:r>
      <w:proofErr w:type="spellEnd"/>
    </w:p>
    <w:p w14:paraId="337162E0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U die </w:t>
      </w:r>
      <w:proofErr w:type="spellStart"/>
      <w:r w:rsidRPr="006C733E">
        <w:rPr>
          <w:rFonts w:ascii="Verdana" w:hAnsi="Verdana"/>
          <w:sz w:val="28"/>
          <w:szCs w:val="28"/>
        </w:rPr>
        <w:t>vergeeft</w:t>
      </w:r>
      <w:proofErr w:type="spellEnd"/>
      <w:r w:rsidRPr="006C733E">
        <w:rPr>
          <w:rFonts w:ascii="Verdana" w:hAnsi="Verdana"/>
          <w:sz w:val="28"/>
          <w:szCs w:val="28"/>
        </w:rPr>
        <w:t xml:space="preserve">, tot U </w:t>
      </w:r>
      <w:proofErr w:type="spellStart"/>
      <w:r w:rsidRPr="006C733E">
        <w:rPr>
          <w:rFonts w:ascii="Verdana" w:hAnsi="Verdana"/>
          <w:sz w:val="28"/>
          <w:szCs w:val="28"/>
        </w:rPr>
        <w:t>heb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ik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gebeden</w:t>
      </w:r>
      <w:proofErr w:type="spellEnd"/>
    </w:p>
    <w:p w14:paraId="1FEAEA8B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Ben </w:t>
      </w:r>
      <w:proofErr w:type="spellStart"/>
      <w:r w:rsidRPr="006C733E">
        <w:rPr>
          <w:rFonts w:ascii="Verdana" w:hAnsi="Verdana"/>
          <w:sz w:val="28"/>
          <w:szCs w:val="28"/>
        </w:rPr>
        <w:t>ik</w:t>
      </w:r>
      <w:proofErr w:type="spellEnd"/>
      <w:r w:rsidRPr="006C733E">
        <w:rPr>
          <w:rFonts w:ascii="Verdana" w:hAnsi="Verdana"/>
          <w:sz w:val="28"/>
          <w:szCs w:val="28"/>
        </w:rPr>
        <w:t xml:space="preserve"> om </w:t>
      </w:r>
      <w:proofErr w:type="spellStart"/>
      <w:r w:rsidRPr="006C733E">
        <w:rPr>
          <w:rFonts w:ascii="Verdana" w:hAnsi="Verdana"/>
          <w:sz w:val="28"/>
          <w:szCs w:val="28"/>
        </w:rPr>
        <w:t>omringd</w:t>
      </w:r>
      <w:proofErr w:type="spellEnd"/>
      <w:r w:rsidRPr="006C733E">
        <w:rPr>
          <w:rFonts w:ascii="Verdana" w:hAnsi="Verdana"/>
          <w:sz w:val="28"/>
          <w:szCs w:val="28"/>
        </w:rPr>
        <w:t xml:space="preserve"> door storm en </w:t>
      </w:r>
      <w:proofErr w:type="spellStart"/>
      <w:r w:rsidRPr="006C733E">
        <w:rPr>
          <w:rFonts w:ascii="Verdana" w:hAnsi="Verdana"/>
          <w:sz w:val="28"/>
          <w:szCs w:val="28"/>
        </w:rPr>
        <w:t>watervloed</w:t>
      </w:r>
      <w:proofErr w:type="spellEnd"/>
    </w:p>
    <w:p w14:paraId="12348EB2" w14:textId="0E32B597" w:rsidR="00B44BAB" w:rsidRPr="006C733E" w:rsidRDefault="00B44BAB" w:rsidP="00B44BAB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Op U </w:t>
      </w:r>
      <w:proofErr w:type="spellStart"/>
      <w:r w:rsidRPr="006C733E">
        <w:rPr>
          <w:rFonts w:ascii="Verdana" w:hAnsi="Verdana"/>
          <w:sz w:val="28"/>
          <w:szCs w:val="28"/>
        </w:rPr>
        <w:t>vertrouw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ik</w:t>
      </w:r>
      <w:proofErr w:type="spellEnd"/>
      <w:r w:rsidRPr="006C733E">
        <w:rPr>
          <w:rFonts w:ascii="Verdana" w:hAnsi="Verdana"/>
          <w:sz w:val="28"/>
          <w:szCs w:val="28"/>
        </w:rPr>
        <w:t xml:space="preserve"> Heer, U die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hoedt</w:t>
      </w:r>
      <w:proofErr w:type="spellEnd"/>
      <w:r w:rsidR="00242D02">
        <w:rPr>
          <w:rFonts w:ascii="Verdana" w:hAnsi="Verdana"/>
          <w:sz w:val="28"/>
          <w:szCs w:val="28"/>
        </w:rPr>
        <w:t>.</w:t>
      </w:r>
    </w:p>
    <w:p w14:paraId="0552FEFC" w14:textId="77777777" w:rsidR="001861DF" w:rsidRDefault="001861DF" w:rsidP="00B44BAB">
      <w:pPr>
        <w:rPr>
          <w:rFonts w:ascii="Verdana" w:hAnsi="Verdana"/>
          <w:sz w:val="28"/>
          <w:szCs w:val="28"/>
        </w:rPr>
      </w:pPr>
    </w:p>
    <w:p w14:paraId="5C0CC57D" w14:textId="4A6D0E23" w:rsidR="001861DF" w:rsidRPr="006C733E" w:rsidRDefault="001861DF" w:rsidP="001861DF">
      <w:pPr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Refrein</w:t>
      </w:r>
      <w:proofErr w:type="spellEnd"/>
      <w:r w:rsidR="00242D02">
        <w:rPr>
          <w:rFonts w:ascii="Verdana" w:hAnsi="Verdana"/>
          <w:sz w:val="28"/>
          <w:szCs w:val="28"/>
        </w:rPr>
        <w:t>:</w:t>
      </w:r>
      <w:r>
        <w:rPr>
          <w:rFonts w:ascii="Verdana" w:hAnsi="Verdana"/>
          <w:sz w:val="28"/>
          <w:szCs w:val="28"/>
        </w:rPr>
        <w:t xml:space="preserve"> </w:t>
      </w:r>
      <w:r w:rsidRPr="006C733E">
        <w:rPr>
          <w:rFonts w:ascii="Verdana" w:hAnsi="Verdana"/>
          <w:sz w:val="28"/>
          <w:szCs w:val="28"/>
        </w:rPr>
        <w:t xml:space="preserve">U </w:t>
      </w:r>
      <w:proofErr w:type="spellStart"/>
      <w:r w:rsidRPr="006C733E">
        <w:rPr>
          <w:rFonts w:ascii="Verdana" w:hAnsi="Verdana"/>
          <w:sz w:val="28"/>
          <w:szCs w:val="28"/>
        </w:rPr>
        <w:t>zult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voortaan</w:t>
      </w:r>
      <w:proofErr w:type="spellEnd"/>
      <w:r w:rsidRPr="006C733E">
        <w:rPr>
          <w:rFonts w:ascii="Verdana" w:hAnsi="Verdana"/>
          <w:sz w:val="28"/>
          <w:szCs w:val="28"/>
        </w:rPr>
        <w:t xml:space="preserve"> door </w:t>
      </w:r>
      <w:proofErr w:type="spellStart"/>
      <w:r w:rsidRPr="006C733E">
        <w:rPr>
          <w:rFonts w:ascii="Verdana" w:hAnsi="Verdana"/>
          <w:sz w:val="28"/>
          <w:szCs w:val="28"/>
        </w:rPr>
        <w:t>uw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trouw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bewaken</w:t>
      </w:r>
      <w:proofErr w:type="spellEnd"/>
    </w:p>
    <w:p w14:paraId="7101323C" w14:textId="77777777" w:rsidR="001861DF" w:rsidRPr="006C733E" w:rsidRDefault="001861DF" w:rsidP="001861DF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U </w:t>
      </w:r>
      <w:proofErr w:type="spellStart"/>
      <w:r w:rsidRPr="006C733E">
        <w:rPr>
          <w:rFonts w:ascii="Verdana" w:hAnsi="Verdana"/>
          <w:sz w:val="28"/>
          <w:szCs w:val="28"/>
        </w:rPr>
        <w:t>zult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leven</w:t>
      </w:r>
      <w:proofErr w:type="spellEnd"/>
      <w:r w:rsidRPr="006C733E">
        <w:rPr>
          <w:rFonts w:ascii="Verdana" w:hAnsi="Verdana"/>
          <w:sz w:val="28"/>
          <w:szCs w:val="28"/>
        </w:rPr>
        <w:t xml:space="preserve"> vol van </w:t>
      </w:r>
      <w:proofErr w:type="spellStart"/>
      <w:r w:rsidRPr="006C733E">
        <w:rPr>
          <w:rFonts w:ascii="Verdana" w:hAnsi="Verdana"/>
          <w:sz w:val="28"/>
          <w:szCs w:val="28"/>
        </w:rPr>
        <w:t>vreugde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maken</w:t>
      </w:r>
      <w:proofErr w:type="spellEnd"/>
    </w:p>
    <w:p w14:paraId="55F1223B" w14:textId="77777777" w:rsidR="001861DF" w:rsidRPr="006C733E" w:rsidRDefault="001861DF" w:rsidP="001861DF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Zo </w:t>
      </w:r>
      <w:proofErr w:type="spellStart"/>
      <w:r w:rsidRPr="006C733E">
        <w:rPr>
          <w:rFonts w:ascii="Verdana" w:hAnsi="Verdana"/>
          <w:sz w:val="28"/>
          <w:szCs w:val="28"/>
        </w:rPr>
        <w:t>zal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uw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weg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wijzen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waar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te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gaan</w:t>
      </w:r>
      <w:proofErr w:type="spellEnd"/>
    </w:p>
    <w:p w14:paraId="1EBB03C8" w14:textId="5769FACB" w:rsidR="00B44BAB" w:rsidRPr="006C733E" w:rsidRDefault="001861DF" w:rsidP="001861DF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U </w:t>
      </w:r>
      <w:proofErr w:type="spellStart"/>
      <w:r w:rsidRPr="006C733E">
        <w:rPr>
          <w:rFonts w:ascii="Verdana" w:hAnsi="Verdana"/>
          <w:sz w:val="28"/>
          <w:szCs w:val="28"/>
        </w:rPr>
        <w:t>gaat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voor </w:t>
      </w:r>
      <w:r w:rsidR="00242D02">
        <w:rPr>
          <w:rFonts w:ascii="Verdana" w:hAnsi="Verdana"/>
          <w:sz w:val="28"/>
          <w:szCs w:val="28"/>
        </w:rPr>
        <w:t>U</w:t>
      </w:r>
      <w:r w:rsidRPr="006C733E">
        <w:rPr>
          <w:rFonts w:ascii="Verdana" w:hAnsi="Verdana"/>
          <w:sz w:val="28"/>
          <w:szCs w:val="28"/>
        </w:rPr>
        <w:t xml:space="preserve"> m</w:t>
      </w:r>
      <w:proofErr w:type="spellStart"/>
      <w:r w:rsidRPr="006C733E">
        <w:rPr>
          <w:rFonts w:ascii="Verdana" w:hAnsi="Verdana"/>
          <w:sz w:val="28"/>
          <w:szCs w:val="28"/>
        </w:rPr>
        <w:t>aakt</w:t>
      </w:r>
      <w:proofErr w:type="spellEnd"/>
      <w:r w:rsidRPr="006C733E">
        <w:rPr>
          <w:rFonts w:ascii="Verdana" w:hAnsi="Verdana"/>
          <w:sz w:val="28"/>
          <w:szCs w:val="28"/>
        </w:rPr>
        <w:t xml:space="preserve"> voor </w:t>
      </w:r>
      <w:proofErr w:type="spellStart"/>
      <w:r w:rsidRPr="006C733E">
        <w:rPr>
          <w:rFonts w:ascii="Verdana" w:hAnsi="Verdana"/>
          <w:sz w:val="28"/>
          <w:szCs w:val="28"/>
        </w:rPr>
        <w:t>mij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ruim</w:t>
      </w:r>
      <w:proofErr w:type="spellEnd"/>
      <w:r w:rsidRPr="006C733E">
        <w:rPr>
          <w:rFonts w:ascii="Verdana" w:hAnsi="Verdana"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sz w:val="28"/>
          <w:szCs w:val="28"/>
        </w:rPr>
        <w:t>baan</w:t>
      </w:r>
      <w:proofErr w:type="spellEnd"/>
      <w:r w:rsidR="00242D02">
        <w:rPr>
          <w:rFonts w:ascii="Verdana" w:hAnsi="Verdana"/>
          <w:sz w:val="28"/>
          <w:szCs w:val="28"/>
        </w:rPr>
        <w:t>.</w:t>
      </w:r>
    </w:p>
    <w:p w14:paraId="078CDB0A" w14:textId="77777777" w:rsidR="00B44BAB" w:rsidRPr="006C733E" w:rsidRDefault="00B44BAB" w:rsidP="00B44BAB">
      <w:pPr>
        <w:rPr>
          <w:rFonts w:ascii="Verdana" w:hAnsi="Verdana"/>
          <w:sz w:val="28"/>
          <w:szCs w:val="28"/>
        </w:rPr>
      </w:pPr>
    </w:p>
    <w:p w14:paraId="41BBB7C5" w14:textId="2F06898B" w:rsidR="00D92CC6" w:rsidRPr="006C733E" w:rsidRDefault="0062392F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  <w:proofErr w:type="spellStart"/>
      <w:r w:rsidRPr="006C733E">
        <w:rPr>
          <w:rFonts w:ascii="Verdana" w:hAnsi="Verdana"/>
          <w:b/>
          <w:sz w:val="28"/>
          <w:szCs w:val="28"/>
        </w:rPr>
        <w:t>Lezing</w:t>
      </w:r>
      <w:proofErr w:type="spellEnd"/>
      <w:r w:rsidRPr="006C733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b/>
          <w:sz w:val="28"/>
          <w:szCs w:val="28"/>
        </w:rPr>
        <w:t>Evangelie</w:t>
      </w:r>
      <w:proofErr w:type="spellEnd"/>
      <w:r w:rsidRPr="006C733E">
        <w:rPr>
          <w:rFonts w:ascii="Verdana" w:hAnsi="Verdana"/>
          <w:sz w:val="28"/>
          <w:szCs w:val="28"/>
        </w:rPr>
        <w:t>: Lucas 19:</w:t>
      </w:r>
      <w:r w:rsidR="00242D02">
        <w:rPr>
          <w:rFonts w:ascii="Verdana" w:hAnsi="Verdana"/>
          <w:sz w:val="28"/>
          <w:szCs w:val="28"/>
        </w:rPr>
        <w:t xml:space="preserve"> </w:t>
      </w:r>
      <w:r w:rsidRPr="006C733E">
        <w:rPr>
          <w:rFonts w:ascii="Verdana" w:hAnsi="Verdana"/>
          <w:sz w:val="28"/>
          <w:szCs w:val="28"/>
        </w:rPr>
        <w:t>1</w:t>
      </w:r>
      <w:r w:rsidR="00242D02">
        <w:rPr>
          <w:rFonts w:ascii="Verdana" w:hAnsi="Verdana"/>
          <w:sz w:val="28"/>
          <w:szCs w:val="28"/>
        </w:rPr>
        <w:t xml:space="preserve"> </w:t>
      </w:r>
      <w:r w:rsidRPr="006C733E">
        <w:rPr>
          <w:rFonts w:ascii="Verdana" w:hAnsi="Verdana"/>
          <w:sz w:val="28"/>
          <w:szCs w:val="28"/>
        </w:rPr>
        <w:t>–</w:t>
      </w:r>
      <w:r w:rsidR="00242D02">
        <w:rPr>
          <w:rFonts w:ascii="Verdana" w:hAnsi="Verdana"/>
          <w:sz w:val="28"/>
          <w:szCs w:val="28"/>
        </w:rPr>
        <w:t xml:space="preserve"> </w:t>
      </w:r>
      <w:r w:rsidR="00C41CCE" w:rsidRPr="006C733E">
        <w:rPr>
          <w:rFonts w:ascii="Verdana" w:hAnsi="Verdana" w:cs="Arial"/>
          <w:sz w:val="28"/>
          <w:szCs w:val="28"/>
          <w:lang w:val="nl-NL"/>
        </w:rPr>
        <w:t>10</w:t>
      </w:r>
      <w:r w:rsidR="00242D02">
        <w:rPr>
          <w:rFonts w:ascii="Verdana" w:hAnsi="Verdana" w:cs="Arial"/>
          <w:sz w:val="28"/>
          <w:szCs w:val="28"/>
          <w:lang w:val="nl-NL"/>
        </w:rPr>
        <w:t xml:space="preserve"> </w:t>
      </w:r>
      <w:r w:rsidR="00D92CC6" w:rsidRPr="006C733E">
        <w:rPr>
          <w:rFonts w:ascii="Verdana" w:hAnsi="Verdana" w:cs="Arial"/>
          <w:sz w:val="28"/>
          <w:szCs w:val="28"/>
          <w:lang w:val="nl-NL"/>
        </w:rPr>
        <w:t xml:space="preserve">Jezus en </w:t>
      </w:r>
      <w:proofErr w:type="spellStart"/>
      <w:r w:rsidR="00D92CC6" w:rsidRPr="006C733E">
        <w:rPr>
          <w:rFonts w:ascii="Verdana" w:hAnsi="Verdana" w:cs="Arial"/>
          <w:sz w:val="28"/>
          <w:szCs w:val="28"/>
          <w:lang w:val="nl-NL"/>
        </w:rPr>
        <w:t>Zacheüs</w:t>
      </w:r>
      <w:proofErr w:type="spellEnd"/>
    </w:p>
    <w:p w14:paraId="5985CFB0" w14:textId="77777777" w:rsidR="0062392F" w:rsidRPr="006C733E" w:rsidRDefault="0062392F" w:rsidP="00410485">
      <w:pPr>
        <w:spacing w:line="360" w:lineRule="auto"/>
        <w:rPr>
          <w:rFonts w:ascii="Verdana" w:hAnsi="Verdana"/>
          <w:b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br/>
      </w:r>
      <w:r w:rsidR="00871208" w:rsidRPr="00895F4D">
        <w:rPr>
          <w:rFonts w:ascii="Segoe UI Symbol" w:hAnsi="Segoe UI Symbol" w:cs="Segoe UI Symbol"/>
          <w:b/>
          <w:sz w:val="28"/>
          <w:szCs w:val="28"/>
        </w:rPr>
        <w:t>🎵</w:t>
      </w:r>
      <w:r w:rsidR="00871208" w:rsidRPr="00895F4D">
        <w:rPr>
          <w:rFonts w:ascii="Verdana" w:hAnsi="Verdana"/>
          <w:b/>
          <w:sz w:val="28"/>
          <w:szCs w:val="28"/>
        </w:rPr>
        <w:t xml:space="preserve"> </w:t>
      </w:r>
      <w:r w:rsidRPr="00895F4D">
        <w:rPr>
          <w:rFonts w:ascii="Verdana" w:hAnsi="Verdana"/>
          <w:b/>
          <w:sz w:val="28"/>
          <w:szCs w:val="28"/>
        </w:rPr>
        <w:t>L</w:t>
      </w:r>
      <w:r w:rsidR="00410485" w:rsidRPr="00895F4D">
        <w:rPr>
          <w:rFonts w:ascii="Verdana" w:hAnsi="Verdana"/>
          <w:b/>
          <w:sz w:val="28"/>
          <w:szCs w:val="28"/>
        </w:rPr>
        <w:t>ied</w:t>
      </w:r>
      <w:r w:rsidRPr="006C733E">
        <w:rPr>
          <w:rFonts w:ascii="Verdana" w:hAnsi="Verdana"/>
          <w:sz w:val="28"/>
          <w:szCs w:val="28"/>
        </w:rPr>
        <w:t xml:space="preserve">: </w:t>
      </w:r>
      <w:proofErr w:type="spellStart"/>
      <w:r w:rsidR="00432371" w:rsidRPr="006C733E">
        <w:rPr>
          <w:rFonts w:ascii="Verdana" w:hAnsi="Verdana"/>
          <w:b/>
          <w:sz w:val="28"/>
          <w:szCs w:val="28"/>
        </w:rPr>
        <w:t>Liedboek</w:t>
      </w:r>
      <w:proofErr w:type="spellEnd"/>
      <w:r w:rsidR="00432371" w:rsidRPr="006C733E">
        <w:rPr>
          <w:rFonts w:ascii="Verdana" w:hAnsi="Verdana"/>
          <w:b/>
          <w:sz w:val="28"/>
          <w:szCs w:val="28"/>
        </w:rPr>
        <w:t xml:space="preserve"> </w:t>
      </w:r>
      <w:r w:rsidR="00410485" w:rsidRPr="006C733E">
        <w:rPr>
          <w:rFonts w:ascii="Verdana" w:hAnsi="Verdana"/>
          <w:b/>
          <w:sz w:val="28"/>
          <w:szCs w:val="28"/>
        </w:rPr>
        <w:t xml:space="preserve">1973 </w:t>
      </w:r>
      <w:proofErr w:type="spellStart"/>
      <w:r w:rsidR="00410485" w:rsidRPr="006C733E">
        <w:rPr>
          <w:rFonts w:ascii="Verdana" w:hAnsi="Verdana"/>
          <w:b/>
          <w:sz w:val="28"/>
          <w:szCs w:val="28"/>
        </w:rPr>
        <w:t>Gezang</w:t>
      </w:r>
      <w:proofErr w:type="spellEnd"/>
      <w:r w:rsidR="00410485" w:rsidRPr="006C733E">
        <w:rPr>
          <w:rFonts w:ascii="Verdana" w:hAnsi="Verdana"/>
          <w:b/>
          <w:sz w:val="28"/>
          <w:szCs w:val="28"/>
        </w:rPr>
        <w:t xml:space="preserve"> 487: 1 en 3 - </w:t>
      </w:r>
      <w:r w:rsidR="00C41CCE" w:rsidRPr="00DF67C4">
        <w:rPr>
          <w:rFonts w:ascii="Verdana" w:hAnsi="Verdana" w:cs="Arial"/>
          <w:sz w:val="28"/>
          <w:szCs w:val="28"/>
          <w:lang w:val="nl-NL"/>
        </w:rPr>
        <w:t>‘De</w:t>
      </w:r>
      <w:r w:rsidR="00C41CCE" w:rsidRPr="006C733E">
        <w:rPr>
          <w:rFonts w:ascii="Verdana" w:hAnsi="Verdana" w:cs="Arial"/>
          <w:sz w:val="28"/>
          <w:szCs w:val="28"/>
          <w:lang w:val="nl-NL"/>
        </w:rPr>
        <w:t xml:space="preserve"> Heer heeft mij gezien en onverwacht’</w:t>
      </w:r>
      <w:r w:rsidR="00C41CCE" w:rsidRPr="006C733E">
        <w:rPr>
          <w:rFonts w:ascii="Verdana" w:hAnsi="Verdana"/>
          <w:sz w:val="28"/>
          <w:szCs w:val="28"/>
        </w:rPr>
        <w:br/>
      </w:r>
      <w:r w:rsidRPr="006C733E">
        <w:rPr>
          <w:rFonts w:ascii="Verdana" w:hAnsi="Verdana"/>
          <w:sz w:val="28"/>
          <w:szCs w:val="28"/>
        </w:rPr>
        <w:br/>
      </w:r>
      <w:r w:rsidR="005D7080" w:rsidRPr="006C733E">
        <w:rPr>
          <w:rFonts w:ascii="Verdana" w:hAnsi="Verdana"/>
          <w:b/>
          <w:sz w:val="28"/>
          <w:szCs w:val="28"/>
        </w:rPr>
        <w:t xml:space="preserve">Verkondiging </w:t>
      </w:r>
    </w:p>
    <w:p w14:paraId="546EAA2A" w14:textId="77777777" w:rsidR="00D92CC6" w:rsidRDefault="00871208" w:rsidP="00A31FA0">
      <w:pPr>
        <w:spacing w:line="360" w:lineRule="auto"/>
        <w:rPr>
          <w:rFonts w:ascii="Verdana" w:hAnsi="Verdana" w:cs="Arial"/>
          <w:b/>
          <w:bCs/>
          <w:sz w:val="28"/>
          <w:szCs w:val="28"/>
        </w:rPr>
      </w:pPr>
      <w:r w:rsidRPr="006C733E">
        <w:rPr>
          <w:rFonts w:ascii="Segoe UI Symbol" w:hAnsi="Segoe UI Symbol" w:cs="Segoe UI Symbol"/>
          <w:b/>
          <w:sz w:val="28"/>
          <w:szCs w:val="28"/>
        </w:rPr>
        <w:t>🎵</w:t>
      </w:r>
      <w:r w:rsidR="0062392F" w:rsidRPr="006C733E">
        <w:rPr>
          <w:rFonts w:ascii="Verdana" w:hAnsi="Verdana"/>
          <w:b/>
          <w:sz w:val="28"/>
          <w:szCs w:val="28"/>
        </w:rPr>
        <w:t>Lied:</w:t>
      </w:r>
      <w:r w:rsidR="0062392F" w:rsidRPr="006C733E">
        <w:rPr>
          <w:rFonts w:ascii="Verdana" w:hAnsi="Verdana"/>
          <w:sz w:val="28"/>
          <w:szCs w:val="28"/>
        </w:rPr>
        <w:t xml:space="preserve"> </w:t>
      </w:r>
      <w:r w:rsidR="0062392F" w:rsidRPr="006C733E">
        <w:rPr>
          <w:rFonts w:ascii="Verdana" w:hAnsi="Verdana" w:cs="Arial"/>
          <w:b/>
          <w:bCs/>
          <w:sz w:val="28"/>
          <w:szCs w:val="28"/>
        </w:rPr>
        <w:t xml:space="preserve">‘Wil je </w:t>
      </w:r>
      <w:proofErr w:type="spellStart"/>
      <w:r w:rsidR="0062392F" w:rsidRPr="006C733E">
        <w:rPr>
          <w:rFonts w:ascii="Verdana" w:hAnsi="Verdana" w:cs="Arial"/>
          <w:b/>
          <w:bCs/>
          <w:sz w:val="28"/>
          <w:szCs w:val="28"/>
        </w:rPr>
        <w:t>opstaan</w:t>
      </w:r>
      <w:proofErr w:type="spellEnd"/>
      <w:r w:rsidR="0062392F" w:rsidRPr="006C733E">
        <w:rPr>
          <w:rFonts w:ascii="Verdana" w:hAnsi="Verdana" w:cs="Arial"/>
          <w:b/>
          <w:bCs/>
          <w:sz w:val="28"/>
          <w:szCs w:val="28"/>
        </w:rPr>
        <w:t xml:space="preserve"> en </w:t>
      </w:r>
      <w:proofErr w:type="spellStart"/>
      <w:r w:rsidR="0062392F" w:rsidRPr="006C733E">
        <w:rPr>
          <w:rFonts w:ascii="Verdana" w:hAnsi="Verdana" w:cs="Arial"/>
          <w:b/>
          <w:bCs/>
          <w:sz w:val="28"/>
          <w:szCs w:val="28"/>
        </w:rPr>
        <w:t>mij</w:t>
      </w:r>
      <w:proofErr w:type="spellEnd"/>
      <w:r w:rsidR="0062392F" w:rsidRPr="006C733E">
        <w:rPr>
          <w:rFonts w:ascii="Verdana" w:hAnsi="Verdana" w:cs="Arial"/>
          <w:b/>
          <w:bCs/>
          <w:sz w:val="28"/>
          <w:szCs w:val="28"/>
        </w:rPr>
        <w:t xml:space="preserve"> </w:t>
      </w:r>
      <w:proofErr w:type="spellStart"/>
      <w:r w:rsidR="0062392F" w:rsidRPr="006C733E">
        <w:rPr>
          <w:rFonts w:ascii="Verdana" w:hAnsi="Verdana" w:cs="Arial"/>
          <w:b/>
          <w:bCs/>
          <w:sz w:val="28"/>
          <w:szCs w:val="28"/>
        </w:rPr>
        <w:t>volgen</w:t>
      </w:r>
      <w:proofErr w:type="spellEnd"/>
      <w:r w:rsidR="0062392F" w:rsidRPr="006C733E">
        <w:rPr>
          <w:rFonts w:ascii="Verdana" w:hAnsi="Verdana" w:cs="Arial"/>
          <w:b/>
          <w:bCs/>
          <w:sz w:val="28"/>
          <w:szCs w:val="28"/>
        </w:rPr>
        <w:t>?’ Iona</w:t>
      </w:r>
      <w:r w:rsidR="00D92CC6" w:rsidRPr="006C733E">
        <w:rPr>
          <w:rFonts w:ascii="Verdana" w:hAnsi="Verdana" w:cs="Arial"/>
          <w:b/>
          <w:bCs/>
          <w:sz w:val="28"/>
          <w:szCs w:val="28"/>
        </w:rPr>
        <w:t xml:space="preserve"> </w:t>
      </w:r>
    </w:p>
    <w:p w14:paraId="698E25A3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opstaan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volgen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als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ik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noem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je naam?</w:t>
      </w:r>
    </w:p>
    <w:p w14:paraId="0D46CD43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dienen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't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verborgen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,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zonder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roem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of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faam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?</w:t>
      </w:r>
    </w:p>
    <w:p w14:paraId="703D3E28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lastRenderedPageBreak/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leven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op de wind, broos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kwetsbaar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als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een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kind?</w:t>
      </w:r>
    </w:p>
    <w:p w14:paraId="788674EC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Zul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geven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wat Ik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vind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van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jou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?</w:t>
      </w:r>
    </w:p>
    <w:p w14:paraId="59406D41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</w:p>
    <w:p w14:paraId="17AC49A2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gaan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op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nieuwe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wegen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,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steil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ongewis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?</w:t>
      </w:r>
    </w:p>
    <w:p w14:paraId="4791785C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zijn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tot hoed'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zegen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voor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wie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vreemd'ling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is?</w:t>
      </w:r>
    </w:p>
    <w:p w14:paraId="32C33737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Val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niet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een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mens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te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hard die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leugens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is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verward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?</w:t>
      </w:r>
    </w:p>
    <w:p w14:paraId="062A1200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Hoor je 't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kloppen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van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hart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jou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?</w:t>
      </w:r>
    </w:p>
    <w:p w14:paraId="17013563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</w:p>
    <w:p w14:paraId="2469D0F6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gids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zijn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voor de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blinde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die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smeekt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: 'Help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!'</w:t>
      </w:r>
    </w:p>
    <w:p w14:paraId="0A82377A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vechten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voor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een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kind,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gevangen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onvrij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?</w:t>
      </w:r>
    </w:p>
    <w:p w14:paraId="4096E916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Zie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je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ontferming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aan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,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ieder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die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alleen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moet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gaan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,</w:t>
      </w:r>
    </w:p>
    <w:p w14:paraId="7878B972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proofErr w:type="spellStart"/>
      <w:r w:rsidRPr="00547E92">
        <w:rPr>
          <w:rFonts w:ascii="Segoe UI Symbol" w:hAnsi="Segoe UI Symbol" w:cs="Segoe UI Symbol"/>
          <w:sz w:val="28"/>
          <w:szCs w:val="28"/>
        </w:rPr>
        <w:t>opdat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groeie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bestaan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jou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?</w:t>
      </w:r>
    </w:p>
    <w:p w14:paraId="4A6F3D0E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</w:p>
    <w:p w14:paraId="288618A1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zien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dat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wat Ik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zie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: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jouw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gaven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velerlei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!</w:t>
      </w:r>
    </w:p>
    <w:p w14:paraId="3B6BAA76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luist'ren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als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Ik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zeg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: 'Een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koningskind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ben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!'</w:t>
      </w:r>
    </w:p>
    <w:p w14:paraId="2C773FC5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Wil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geven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wat je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hebt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,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dat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de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wereld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zich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herschept</w:t>
      </w:r>
      <w:proofErr w:type="spellEnd"/>
    </w:p>
    <w:p w14:paraId="75D6264E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leven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wordt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gewekt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jou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jij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?</w:t>
      </w:r>
    </w:p>
    <w:p w14:paraId="14885B9C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lastRenderedPageBreak/>
        <w:t xml:space="preserve">Heer van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liefde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van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licht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,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vervul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met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uw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Geest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.</w:t>
      </w:r>
    </w:p>
    <w:p w14:paraId="4E2F2B77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Laat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zijn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op U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gericht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,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maak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onbevreesd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.</w:t>
      </w:r>
    </w:p>
    <w:p w14:paraId="02A34C20" w14:textId="77777777" w:rsidR="00547E92" w:rsidRPr="00547E92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Dat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ik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uw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voetspoor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ga,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uw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ontferming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achterna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,</w:t>
      </w:r>
    </w:p>
    <w:p w14:paraId="3482F2C9" w14:textId="4DAC1D93" w:rsidR="008518B5" w:rsidRDefault="00547E92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  <w:r w:rsidRPr="00547E92">
        <w:rPr>
          <w:rFonts w:ascii="Segoe UI Symbol" w:hAnsi="Segoe UI Symbol" w:cs="Segoe UI Symbol"/>
          <w:sz w:val="28"/>
          <w:szCs w:val="28"/>
        </w:rPr>
        <w:t xml:space="preserve">en met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lijf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ziel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besta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U en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Gij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 xml:space="preserve"> in </w:t>
      </w:r>
      <w:proofErr w:type="spellStart"/>
      <w:r w:rsidRPr="00547E92">
        <w:rPr>
          <w:rFonts w:ascii="Segoe UI Symbol" w:hAnsi="Segoe UI Symbol" w:cs="Segoe UI Symbol"/>
          <w:sz w:val="28"/>
          <w:szCs w:val="28"/>
        </w:rPr>
        <w:t>mij</w:t>
      </w:r>
      <w:proofErr w:type="spellEnd"/>
      <w:r w:rsidRPr="00547E92">
        <w:rPr>
          <w:rFonts w:ascii="Segoe UI Symbol" w:hAnsi="Segoe UI Symbol" w:cs="Segoe UI Symbol"/>
          <w:sz w:val="28"/>
          <w:szCs w:val="28"/>
        </w:rPr>
        <w:t>.</w:t>
      </w:r>
    </w:p>
    <w:p w14:paraId="1BD652A1" w14:textId="77777777" w:rsidR="006511CC" w:rsidRPr="006C733E" w:rsidRDefault="006511CC" w:rsidP="00547E92">
      <w:pPr>
        <w:spacing w:line="360" w:lineRule="auto"/>
        <w:rPr>
          <w:rFonts w:ascii="Segoe UI Symbol" w:hAnsi="Segoe UI Symbol" w:cs="Segoe UI Symbol"/>
          <w:sz w:val="28"/>
          <w:szCs w:val="28"/>
        </w:rPr>
      </w:pPr>
    </w:p>
    <w:p w14:paraId="1EA8E795" w14:textId="77777777" w:rsidR="001861DF" w:rsidRDefault="001861DF" w:rsidP="00A31FA0">
      <w:pPr>
        <w:pStyle w:val="Kop2"/>
        <w:spacing w:line="360" w:lineRule="auto"/>
        <w:rPr>
          <w:rFonts w:ascii="Verdana" w:hAnsi="Verdana"/>
          <w:color w:val="auto"/>
          <w:sz w:val="28"/>
          <w:szCs w:val="28"/>
        </w:rPr>
      </w:pPr>
      <w:r>
        <w:rPr>
          <w:rFonts w:ascii="Verdana" w:hAnsi="Verdana"/>
          <w:color w:val="auto"/>
          <w:sz w:val="28"/>
          <w:szCs w:val="28"/>
        </w:rPr>
        <w:t>EN DAAD</w:t>
      </w:r>
    </w:p>
    <w:p w14:paraId="496326B8" w14:textId="77777777" w:rsidR="00895F4D" w:rsidRDefault="00895F4D" w:rsidP="00C80440"/>
    <w:p w14:paraId="7BD146AB" w14:textId="77777777" w:rsidR="00C80440" w:rsidRPr="006C733E" w:rsidRDefault="00C80440" w:rsidP="00C80440">
      <w:pPr>
        <w:rPr>
          <w:rFonts w:ascii="Verdana" w:hAnsi="Verdana"/>
          <w:sz w:val="28"/>
          <w:szCs w:val="28"/>
        </w:rPr>
      </w:pPr>
      <w:r w:rsidRPr="006C733E">
        <w:rPr>
          <w:rFonts w:ascii="Verdana" w:hAnsi="Verdana"/>
          <w:sz w:val="28"/>
          <w:szCs w:val="28"/>
        </w:rPr>
        <w:t xml:space="preserve">Dank- en </w:t>
      </w:r>
      <w:proofErr w:type="spellStart"/>
      <w:r w:rsidRPr="006C733E">
        <w:rPr>
          <w:rFonts w:ascii="Verdana" w:hAnsi="Verdana"/>
          <w:sz w:val="28"/>
          <w:szCs w:val="28"/>
        </w:rPr>
        <w:t>voorbeden</w:t>
      </w:r>
      <w:proofErr w:type="spellEnd"/>
    </w:p>
    <w:p w14:paraId="2691088E" w14:textId="77777777" w:rsidR="00C80440" w:rsidRPr="006C733E" w:rsidRDefault="00C80440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</w:p>
    <w:p w14:paraId="250201EF" w14:textId="77777777" w:rsidR="00675929" w:rsidRPr="006C733E" w:rsidRDefault="00D92CC6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  <w:r w:rsidRPr="006C733E">
        <w:rPr>
          <w:rFonts w:ascii="Verdana" w:hAnsi="Verdana" w:cs="Arial"/>
          <w:sz w:val="28"/>
          <w:szCs w:val="28"/>
          <w:lang w:val="nl-NL"/>
        </w:rPr>
        <w:t xml:space="preserve">Stil gebed </w:t>
      </w:r>
    </w:p>
    <w:p w14:paraId="5910F933" w14:textId="77777777" w:rsidR="00675929" w:rsidRPr="006C733E" w:rsidRDefault="00675929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</w:p>
    <w:p w14:paraId="7B350F63" w14:textId="77777777" w:rsidR="00D92CC6" w:rsidRDefault="00D92CC6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  <w:r w:rsidRPr="006C733E">
        <w:rPr>
          <w:rFonts w:ascii="Verdana" w:hAnsi="Verdana" w:cs="Arial"/>
          <w:sz w:val="28"/>
          <w:szCs w:val="28"/>
          <w:lang w:val="nl-NL"/>
        </w:rPr>
        <w:t>Onze Vader</w:t>
      </w:r>
    </w:p>
    <w:p w14:paraId="3D9C3E74" w14:textId="77777777" w:rsidR="001861DF" w:rsidRDefault="001861DF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</w:p>
    <w:p w14:paraId="2E14BACA" w14:textId="77777777" w:rsidR="001861DF" w:rsidRPr="006C733E" w:rsidRDefault="001861DF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  <w:r>
        <w:rPr>
          <w:rFonts w:ascii="Verdana" w:hAnsi="Verdana" w:cs="Arial"/>
          <w:sz w:val="28"/>
          <w:szCs w:val="28"/>
          <w:lang w:val="nl-NL"/>
        </w:rPr>
        <w:t>Collecten</w:t>
      </w:r>
    </w:p>
    <w:p w14:paraId="6C4E9845" w14:textId="77777777" w:rsidR="00D92CC6" w:rsidRPr="006C733E" w:rsidRDefault="00D92CC6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sz w:val="28"/>
          <w:szCs w:val="28"/>
          <w:lang w:val="nl-NL"/>
        </w:rPr>
      </w:pPr>
    </w:p>
    <w:p w14:paraId="1E347472" w14:textId="77777777" w:rsidR="00C80440" w:rsidRPr="006C733E" w:rsidRDefault="00871208" w:rsidP="00C80440">
      <w:pPr>
        <w:autoSpaceDE w:val="0"/>
        <w:autoSpaceDN w:val="0"/>
        <w:adjustRightInd w:val="0"/>
        <w:spacing w:after="0" w:line="360" w:lineRule="auto"/>
        <w:rPr>
          <w:rStyle w:val="yt-core-attributed-string--link-inherit-color"/>
          <w:rFonts w:ascii="Verdana" w:hAnsi="Verdana" w:cs="Arial"/>
          <w:b/>
          <w:sz w:val="28"/>
          <w:szCs w:val="28"/>
          <w:bdr w:val="none" w:sz="0" w:space="0" w:color="auto" w:frame="1"/>
        </w:rPr>
      </w:pPr>
      <w:r w:rsidRPr="006C733E">
        <w:rPr>
          <w:rFonts w:ascii="Segoe UI Symbol" w:hAnsi="Segoe UI Symbol" w:cs="Segoe UI Symbol"/>
          <w:b/>
          <w:sz w:val="28"/>
          <w:szCs w:val="28"/>
        </w:rPr>
        <w:t>🎵</w:t>
      </w:r>
      <w:r w:rsidRPr="006C733E">
        <w:rPr>
          <w:rFonts w:ascii="Verdana" w:hAnsi="Verdana" w:cs="Arial"/>
          <w:b/>
          <w:sz w:val="28"/>
          <w:szCs w:val="28"/>
          <w:lang w:val="nl-NL"/>
        </w:rPr>
        <w:t xml:space="preserve"> </w:t>
      </w:r>
      <w:r w:rsidR="0060397E" w:rsidRPr="006C733E">
        <w:rPr>
          <w:rFonts w:ascii="Verdana" w:hAnsi="Verdana" w:cs="Arial"/>
          <w:b/>
          <w:sz w:val="28"/>
          <w:szCs w:val="28"/>
          <w:lang w:val="nl-NL"/>
        </w:rPr>
        <w:t xml:space="preserve">Slotlied: </w:t>
      </w:r>
      <w:r w:rsidR="00C80440" w:rsidRPr="006C733E">
        <w:rPr>
          <w:rStyle w:val="yt-core-attributed-string--link-inherit-color"/>
          <w:rFonts w:ascii="Verdana" w:hAnsi="Verdana" w:cs="Arial"/>
          <w:b/>
          <w:sz w:val="28"/>
          <w:szCs w:val="28"/>
          <w:bdr w:val="none" w:sz="0" w:space="0" w:color="auto" w:frame="1"/>
        </w:rPr>
        <w:t xml:space="preserve">Zoek </w:t>
      </w:r>
      <w:proofErr w:type="spellStart"/>
      <w:r w:rsidR="00C80440" w:rsidRPr="006C733E">
        <w:rPr>
          <w:rStyle w:val="yt-core-attributed-string--link-inherit-color"/>
          <w:rFonts w:ascii="Verdana" w:hAnsi="Verdana" w:cs="Arial"/>
          <w:b/>
          <w:sz w:val="28"/>
          <w:szCs w:val="28"/>
          <w:bdr w:val="none" w:sz="0" w:space="0" w:color="auto" w:frame="1"/>
        </w:rPr>
        <w:t>eerst</w:t>
      </w:r>
      <w:proofErr w:type="spellEnd"/>
      <w:r w:rsidR="00C80440" w:rsidRPr="006C733E">
        <w:rPr>
          <w:rStyle w:val="yt-core-attributed-string--link-inherit-color"/>
          <w:rFonts w:ascii="Verdana" w:hAnsi="Verdana" w:cs="Arial"/>
          <w:b/>
          <w:sz w:val="28"/>
          <w:szCs w:val="28"/>
          <w:bdr w:val="none" w:sz="0" w:space="0" w:color="auto" w:frame="1"/>
        </w:rPr>
        <w:t xml:space="preserve"> het </w:t>
      </w:r>
      <w:proofErr w:type="spellStart"/>
      <w:r w:rsidR="00C80440" w:rsidRPr="006C733E">
        <w:rPr>
          <w:rStyle w:val="yt-core-attributed-string--link-inherit-color"/>
          <w:rFonts w:ascii="Verdana" w:hAnsi="Verdana" w:cs="Arial"/>
          <w:b/>
          <w:sz w:val="28"/>
          <w:szCs w:val="28"/>
          <w:bdr w:val="none" w:sz="0" w:space="0" w:color="auto" w:frame="1"/>
        </w:rPr>
        <w:t>koninkrijk</w:t>
      </w:r>
      <w:proofErr w:type="spellEnd"/>
      <w:r w:rsidR="00C80440" w:rsidRPr="006C733E">
        <w:rPr>
          <w:rStyle w:val="yt-core-attributed-string--link-inherit-color"/>
          <w:rFonts w:ascii="Verdana" w:hAnsi="Verdana" w:cs="Arial"/>
          <w:b/>
          <w:sz w:val="28"/>
          <w:szCs w:val="28"/>
          <w:bdr w:val="none" w:sz="0" w:space="0" w:color="auto" w:frame="1"/>
        </w:rPr>
        <w:t xml:space="preserve"> van God </w:t>
      </w:r>
      <w:proofErr w:type="spellStart"/>
      <w:r w:rsidR="00C80440" w:rsidRPr="006C733E">
        <w:rPr>
          <w:rStyle w:val="yt-core-attributed-string--link-inherit-color"/>
          <w:rFonts w:ascii="Verdana" w:hAnsi="Verdana" w:cs="Arial"/>
          <w:b/>
          <w:sz w:val="28"/>
          <w:szCs w:val="28"/>
          <w:bdr w:val="none" w:sz="0" w:space="0" w:color="auto" w:frame="1"/>
        </w:rPr>
        <w:t>Opw</w:t>
      </w:r>
      <w:proofErr w:type="spellEnd"/>
      <w:r w:rsidR="00C80440" w:rsidRPr="006C733E">
        <w:rPr>
          <w:rStyle w:val="yt-core-attributed-string--link-inherit-color"/>
          <w:rFonts w:ascii="Verdana" w:hAnsi="Verdana" w:cs="Arial"/>
          <w:b/>
          <w:sz w:val="28"/>
          <w:szCs w:val="28"/>
          <w:bdr w:val="none" w:sz="0" w:space="0" w:color="auto" w:frame="1"/>
        </w:rPr>
        <w:t>. 40</w:t>
      </w:r>
    </w:p>
    <w:p w14:paraId="5D640A1C" w14:textId="77777777" w:rsidR="00C80440" w:rsidRPr="006C733E" w:rsidRDefault="00C80440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</w:p>
    <w:p w14:paraId="61E4C610" w14:textId="77777777" w:rsidR="00D92CC6" w:rsidRPr="006C733E" w:rsidRDefault="00A71A48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  <w:r w:rsidRPr="006C733E">
        <w:rPr>
          <w:rFonts w:ascii="Verdana" w:hAnsi="Verdana" w:cs="Arial"/>
          <w:b/>
          <w:sz w:val="28"/>
          <w:szCs w:val="28"/>
          <w:lang w:val="nl-NL"/>
        </w:rPr>
        <w:t xml:space="preserve">Wegzending </w:t>
      </w:r>
    </w:p>
    <w:p w14:paraId="208F3140" w14:textId="77777777" w:rsidR="00A71A48" w:rsidRPr="006C733E" w:rsidRDefault="00A71A48" w:rsidP="00A31FA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</w:p>
    <w:p w14:paraId="30612B22" w14:textId="77777777" w:rsidR="00A71A48" w:rsidRPr="006C733E" w:rsidRDefault="0062392F" w:rsidP="00A71A48">
      <w:pPr>
        <w:autoSpaceDE w:val="0"/>
        <w:autoSpaceDN w:val="0"/>
        <w:adjustRightInd w:val="0"/>
        <w:spacing w:after="0" w:line="360" w:lineRule="auto"/>
        <w:rPr>
          <w:rFonts w:ascii="Verdana" w:hAnsi="Verdana"/>
          <w:b/>
          <w:sz w:val="28"/>
          <w:szCs w:val="28"/>
        </w:rPr>
      </w:pPr>
      <w:r w:rsidRPr="006C733E">
        <w:rPr>
          <w:rFonts w:ascii="Verdana" w:hAnsi="Verdana"/>
          <w:b/>
          <w:sz w:val="28"/>
          <w:szCs w:val="28"/>
        </w:rPr>
        <w:t>Zegen van S</w:t>
      </w:r>
      <w:r w:rsidR="00A71A48" w:rsidRPr="006C733E">
        <w:rPr>
          <w:rFonts w:ascii="Verdana" w:hAnsi="Verdana"/>
          <w:b/>
          <w:sz w:val="28"/>
          <w:szCs w:val="28"/>
        </w:rPr>
        <w:t>in</w:t>
      </w:r>
      <w:r w:rsidRPr="006C733E">
        <w:rPr>
          <w:rFonts w:ascii="Verdana" w:hAnsi="Verdana"/>
          <w:b/>
          <w:sz w:val="28"/>
          <w:szCs w:val="28"/>
        </w:rPr>
        <w:t>t Pa</w:t>
      </w:r>
      <w:r w:rsidR="00A71A48" w:rsidRPr="006C733E">
        <w:rPr>
          <w:rFonts w:ascii="Verdana" w:hAnsi="Verdana"/>
          <w:b/>
          <w:sz w:val="28"/>
          <w:szCs w:val="28"/>
        </w:rPr>
        <w:t>t</w:t>
      </w:r>
      <w:r w:rsidRPr="006C733E">
        <w:rPr>
          <w:rFonts w:ascii="Verdana" w:hAnsi="Verdana"/>
          <w:b/>
          <w:sz w:val="28"/>
          <w:szCs w:val="28"/>
        </w:rPr>
        <w:t>rick</w:t>
      </w:r>
    </w:p>
    <w:p w14:paraId="1AC08AC0" w14:textId="77777777" w:rsidR="006C733E" w:rsidRDefault="006C733E" w:rsidP="00C8044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</w:p>
    <w:p w14:paraId="601578BF" w14:textId="35723ED9" w:rsidR="00DF67C4" w:rsidRPr="006C733E" w:rsidRDefault="003C56AB" w:rsidP="00C80440">
      <w:pPr>
        <w:autoSpaceDE w:val="0"/>
        <w:autoSpaceDN w:val="0"/>
        <w:adjustRightInd w:val="0"/>
        <w:spacing w:after="0" w:line="360" w:lineRule="auto"/>
        <w:rPr>
          <w:rFonts w:ascii="Verdana" w:hAnsi="Verdana" w:cs="Arial"/>
          <w:b/>
          <w:sz w:val="28"/>
          <w:szCs w:val="28"/>
          <w:lang w:val="nl-NL"/>
        </w:rPr>
      </w:pPr>
      <w:r w:rsidRPr="006C733E">
        <w:rPr>
          <w:rFonts w:ascii="Segoe UI Symbol" w:hAnsi="Segoe UI Symbol" w:cs="Segoe UI Symbol"/>
          <w:b/>
          <w:sz w:val="28"/>
          <w:szCs w:val="28"/>
        </w:rPr>
        <w:t>🎵</w:t>
      </w:r>
      <w:r w:rsidRPr="006C733E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6C733E">
        <w:rPr>
          <w:rFonts w:ascii="Verdana" w:hAnsi="Verdana"/>
          <w:b/>
          <w:sz w:val="28"/>
          <w:szCs w:val="28"/>
        </w:rPr>
        <w:t>Gemeente</w:t>
      </w:r>
      <w:proofErr w:type="spellEnd"/>
      <w:r w:rsidRPr="006C733E">
        <w:rPr>
          <w:rFonts w:ascii="Verdana" w:hAnsi="Verdana"/>
          <w:b/>
          <w:sz w:val="28"/>
          <w:szCs w:val="28"/>
        </w:rPr>
        <w:t xml:space="preserve">: </w:t>
      </w:r>
      <w:r w:rsidRPr="006C733E">
        <w:rPr>
          <w:rFonts w:ascii="Verdana" w:hAnsi="Verdana" w:cs="Arial"/>
          <w:b/>
          <w:sz w:val="28"/>
          <w:szCs w:val="28"/>
          <w:lang w:val="nl-NL"/>
        </w:rPr>
        <w:t>NLB 419 Wonen overal, nergens thuis</w:t>
      </w:r>
      <w:r w:rsidR="006511CC">
        <w:rPr>
          <w:rFonts w:ascii="Verdana" w:hAnsi="Verdana" w:cs="Arial"/>
          <w:b/>
          <w:sz w:val="28"/>
          <w:szCs w:val="28"/>
          <w:lang w:val="nl-NL"/>
        </w:rPr>
        <w:t xml:space="preserve"> </w:t>
      </w:r>
    </w:p>
    <w:sectPr w:rsidR="00DF67C4" w:rsidRPr="006C733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07407F"/>
    <w:multiLevelType w:val="hybridMultilevel"/>
    <w:tmpl w:val="8BB2BA02"/>
    <w:lvl w:ilvl="0" w:tplc="654C7032">
      <w:start w:val="3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A36CA9"/>
    <w:multiLevelType w:val="hybridMultilevel"/>
    <w:tmpl w:val="3AA89A84"/>
    <w:lvl w:ilvl="0" w:tplc="ECC4C216">
      <w:start w:val="3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9506B6"/>
    <w:multiLevelType w:val="hybridMultilevel"/>
    <w:tmpl w:val="E5AA50BE"/>
    <w:lvl w:ilvl="0" w:tplc="662ADE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682590">
    <w:abstractNumId w:val="8"/>
  </w:num>
  <w:num w:numId="2" w16cid:durableId="1860388783">
    <w:abstractNumId w:val="6"/>
  </w:num>
  <w:num w:numId="3" w16cid:durableId="1574314378">
    <w:abstractNumId w:val="5"/>
  </w:num>
  <w:num w:numId="4" w16cid:durableId="1196843315">
    <w:abstractNumId w:val="4"/>
  </w:num>
  <w:num w:numId="5" w16cid:durableId="2101677653">
    <w:abstractNumId w:val="7"/>
  </w:num>
  <w:num w:numId="6" w16cid:durableId="1387408385">
    <w:abstractNumId w:val="3"/>
  </w:num>
  <w:num w:numId="7" w16cid:durableId="1970042907">
    <w:abstractNumId w:val="2"/>
  </w:num>
  <w:num w:numId="8" w16cid:durableId="990326656">
    <w:abstractNumId w:val="1"/>
  </w:num>
  <w:num w:numId="9" w16cid:durableId="1260875469">
    <w:abstractNumId w:val="0"/>
  </w:num>
  <w:num w:numId="10" w16cid:durableId="866483516">
    <w:abstractNumId w:val="11"/>
  </w:num>
  <w:num w:numId="11" w16cid:durableId="1411000206">
    <w:abstractNumId w:val="10"/>
  </w:num>
  <w:num w:numId="12" w16cid:durableId="17555132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446"/>
    <w:rsid w:val="00034616"/>
    <w:rsid w:val="0006063C"/>
    <w:rsid w:val="000B0064"/>
    <w:rsid w:val="000E4FF6"/>
    <w:rsid w:val="00140A10"/>
    <w:rsid w:val="0015074B"/>
    <w:rsid w:val="001861DF"/>
    <w:rsid w:val="001B108B"/>
    <w:rsid w:val="001F56D7"/>
    <w:rsid w:val="00242D02"/>
    <w:rsid w:val="0029639D"/>
    <w:rsid w:val="00320FFF"/>
    <w:rsid w:val="00326F90"/>
    <w:rsid w:val="003C56AB"/>
    <w:rsid w:val="003F53A7"/>
    <w:rsid w:val="00410485"/>
    <w:rsid w:val="00432371"/>
    <w:rsid w:val="00547E92"/>
    <w:rsid w:val="005D7080"/>
    <w:rsid w:val="0060397E"/>
    <w:rsid w:val="0062392F"/>
    <w:rsid w:val="006511CC"/>
    <w:rsid w:val="00675929"/>
    <w:rsid w:val="006C733E"/>
    <w:rsid w:val="007605CA"/>
    <w:rsid w:val="007F2347"/>
    <w:rsid w:val="008518B5"/>
    <w:rsid w:val="00871208"/>
    <w:rsid w:val="00895F4D"/>
    <w:rsid w:val="00897F0F"/>
    <w:rsid w:val="00A31FA0"/>
    <w:rsid w:val="00A71A48"/>
    <w:rsid w:val="00AA1D8D"/>
    <w:rsid w:val="00AC06C0"/>
    <w:rsid w:val="00B44BAB"/>
    <w:rsid w:val="00B47730"/>
    <w:rsid w:val="00B96783"/>
    <w:rsid w:val="00BA4B33"/>
    <w:rsid w:val="00BA6C9B"/>
    <w:rsid w:val="00BF5622"/>
    <w:rsid w:val="00C41CCE"/>
    <w:rsid w:val="00C43DC9"/>
    <w:rsid w:val="00C446A6"/>
    <w:rsid w:val="00C80440"/>
    <w:rsid w:val="00C93917"/>
    <w:rsid w:val="00CB0664"/>
    <w:rsid w:val="00D635B0"/>
    <w:rsid w:val="00D92CC6"/>
    <w:rsid w:val="00DC166D"/>
    <w:rsid w:val="00DF67C4"/>
    <w:rsid w:val="00E01340"/>
    <w:rsid w:val="00EA5578"/>
    <w:rsid w:val="00F064CB"/>
    <w:rsid w:val="00F143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A69125"/>
  <w14:defaultImageDpi w14:val="300"/>
  <w15:docId w15:val="{06703690-CD2E-426E-BD9A-38D322168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693F"/>
  </w:style>
  <w:style w:type="paragraph" w:styleId="Kop1">
    <w:name w:val="heading 1"/>
    <w:basedOn w:val="Standaard"/>
    <w:next w:val="Standaard"/>
    <w:link w:val="Kop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618BF"/>
  </w:style>
  <w:style w:type="paragraph" w:styleId="Voettekst">
    <w:name w:val="footer"/>
    <w:basedOn w:val="Standaard"/>
    <w:link w:val="Voet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618BF"/>
  </w:style>
  <w:style w:type="paragraph" w:styleId="Geenafstand">
    <w:name w:val="No Spacing"/>
    <w:uiPriority w:val="1"/>
    <w:qFormat/>
    <w:rsid w:val="00FC693F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ard"/>
    <w:next w:val="Standaard"/>
    <w:link w:val="Tite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jstalinea">
    <w:name w:val="List Paragraph"/>
    <w:basedOn w:val="Standaard"/>
    <w:uiPriority w:val="34"/>
    <w:qFormat/>
    <w:rsid w:val="00FC693F"/>
    <w:pPr>
      <w:ind w:left="720"/>
      <w:contextualSpacing/>
    </w:pPr>
  </w:style>
  <w:style w:type="paragraph" w:styleId="Plattetekst">
    <w:name w:val="Body Text"/>
    <w:basedOn w:val="Standaard"/>
    <w:link w:val="PlattetekstChar"/>
    <w:uiPriority w:val="99"/>
    <w:unhideWhenUsed/>
    <w:rsid w:val="00AA1D8D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AA1D8D"/>
  </w:style>
  <w:style w:type="paragraph" w:styleId="Plattetekst2">
    <w:name w:val="Body Text 2"/>
    <w:basedOn w:val="Standaard"/>
    <w:link w:val="Plattetekst2Char"/>
    <w:uiPriority w:val="99"/>
    <w:unhideWhenUsed/>
    <w:rsid w:val="00AA1D8D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rsid w:val="00AA1D8D"/>
  </w:style>
  <w:style w:type="paragraph" w:styleId="Plattetekst3">
    <w:name w:val="Body Text 3"/>
    <w:basedOn w:val="Standaard"/>
    <w:link w:val="Platteteks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rsid w:val="00AA1D8D"/>
    <w:rPr>
      <w:sz w:val="16"/>
      <w:szCs w:val="16"/>
    </w:rPr>
  </w:style>
  <w:style w:type="paragraph" w:styleId="Lijst">
    <w:name w:val="List"/>
    <w:basedOn w:val="Standaard"/>
    <w:uiPriority w:val="99"/>
    <w:unhideWhenUsed/>
    <w:rsid w:val="00AA1D8D"/>
    <w:pPr>
      <w:ind w:left="360" w:hanging="360"/>
      <w:contextualSpacing/>
    </w:pPr>
  </w:style>
  <w:style w:type="paragraph" w:styleId="Lijst2">
    <w:name w:val="List 2"/>
    <w:basedOn w:val="Standaard"/>
    <w:uiPriority w:val="99"/>
    <w:unhideWhenUsed/>
    <w:rsid w:val="00326F90"/>
    <w:pPr>
      <w:ind w:left="720" w:hanging="360"/>
      <w:contextualSpacing/>
    </w:pPr>
  </w:style>
  <w:style w:type="paragraph" w:styleId="Lijst3">
    <w:name w:val="List 3"/>
    <w:basedOn w:val="Standaard"/>
    <w:uiPriority w:val="99"/>
    <w:unhideWhenUsed/>
    <w:rsid w:val="00326F90"/>
    <w:pPr>
      <w:ind w:left="1080" w:hanging="360"/>
      <w:contextualSpacing/>
    </w:pPr>
  </w:style>
  <w:style w:type="paragraph" w:styleId="Lijstopsomteken">
    <w:name w:val="List Bullet"/>
    <w:basedOn w:val="Standaard"/>
    <w:uiPriority w:val="99"/>
    <w:unhideWhenUsed/>
    <w:rsid w:val="00326F90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unhideWhenUsed/>
    <w:rsid w:val="00326F90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unhideWhenUsed/>
    <w:rsid w:val="00326F90"/>
    <w:pPr>
      <w:numPr>
        <w:numId w:val="3"/>
      </w:numPr>
      <w:contextualSpacing/>
    </w:pPr>
  </w:style>
  <w:style w:type="paragraph" w:styleId="Lijstnummering">
    <w:name w:val="List Number"/>
    <w:basedOn w:val="Standaard"/>
    <w:uiPriority w:val="99"/>
    <w:unhideWhenUsed/>
    <w:rsid w:val="00326F90"/>
    <w:pPr>
      <w:numPr>
        <w:numId w:val="5"/>
      </w:numPr>
      <w:contextualSpacing/>
    </w:pPr>
  </w:style>
  <w:style w:type="paragraph" w:styleId="Lijstnummering2">
    <w:name w:val="List Number 2"/>
    <w:basedOn w:val="Standaard"/>
    <w:uiPriority w:val="99"/>
    <w:unhideWhenUsed/>
    <w:rsid w:val="0029639D"/>
    <w:pPr>
      <w:numPr>
        <w:numId w:val="6"/>
      </w:numPr>
      <w:contextualSpacing/>
    </w:pPr>
  </w:style>
  <w:style w:type="paragraph" w:styleId="Lijstnummering3">
    <w:name w:val="List Number 3"/>
    <w:basedOn w:val="Standaard"/>
    <w:uiPriority w:val="99"/>
    <w:unhideWhenUsed/>
    <w:rsid w:val="0029639D"/>
    <w:pPr>
      <w:numPr>
        <w:numId w:val="7"/>
      </w:numPr>
      <w:contextualSpacing/>
    </w:pPr>
  </w:style>
  <w:style w:type="paragraph" w:styleId="Lijstvoortzetting">
    <w:name w:val="List Continue"/>
    <w:basedOn w:val="Standaard"/>
    <w:uiPriority w:val="99"/>
    <w:unhideWhenUsed/>
    <w:rsid w:val="0029639D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unhideWhenUsed/>
    <w:rsid w:val="0029639D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unhideWhenUsed/>
    <w:rsid w:val="0029639D"/>
    <w:pPr>
      <w:spacing w:after="120"/>
      <w:ind w:left="1080"/>
      <w:contextualSpacing/>
    </w:pPr>
  </w:style>
  <w:style w:type="paragraph" w:styleId="Macrotekst">
    <w:name w:val="macro"/>
    <w:link w:val="Macroteks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rsid w:val="0029639D"/>
    <w:rPr>
      <w:rFonts w:ascii="Courier" w:hAnsi="Courier"/>
      <w:sz w:val="20"/>
      <w:szCs w:val="20"/>
    </w:rPr>
  </w:style>
  <w:style w:type="paragraph" w:styleId="Citaat">
    <w:name w:val="Quote"/>
    <w:basedOn w:val="Standaard"/>
    <w:next w:val="Standaard"/>
    <w:link w:val="CitaatChar"/>
    <w:uiPriority w:val="29"/>
    <w:qFormat/>
    <w:rsid w:val="00FC693F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FC693F"/>
    <w:rPr>
      <w:i/>
      <w:iCs/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FC693F"/>
    <w:rPr>
      <w:b/>
      <w:bCs/>
    </w:rPr>
  </w:style>
  <w:style w:type="character" w:styleId="Nadruk">
    <w:name w:val="Emphasis"/>
    <w:basedOn w:val="Standaardalinea-lettertype"/>
    <w:uiPriority w:val="20"/>
    <w:qFormat/>
    <w:rsid w:val="00FC693F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693F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FC693F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FC693F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FC693F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FC693F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C693F"/>
    <w:pPr>
      <w:outlineLvl w:val="9"/>
    </w:pPr>
  </w:style>
  <w:style w:type="table" w:styleId="Tabelraster">
    <w:name w:val="Table Grid"/>
    <w:basedOn w:val="Standaardtab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chtearcering">
    <w:name w:val="Light Shading"/>
    <w:basedOn w:val="Standaardtab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chtelijst">
    <w:name w:val="Light List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chtelijst-accent2">
    <w:name w:val="Light List Accent 2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chtelijst-accent3">
    <w:name w:val="Light List Accent 3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chtelijst-accent4">
    <w:name w:val="Light List Accent 4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chtelijst-accent5">
    <w:name w:val="Light List Accent 5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chtelijst-accent6">
    <w:name w:val="Light List Accent 6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chtraster">
    <w:name w:val="Light Grid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chtraster-accent2">
    <w:name w:val="Light Grid Accent 2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chtraster-accent3">
    <w:name w:val="Light Grid Accent 3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chtraster-accent4">
    <w:name w:val="Light Grid Accent 4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chtraster-accent5">
    <w:name w:val="Light Grid Accent 5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chtraster-accent6">
    <w:name w:val="Light Grid Accent 6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emiddeldearcering1">
    <w:name w:val="Medium Shading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Gemiddeldelijst2">
    <w:name w:val="Medium Lis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raster1">
    <w:name w:val="Medium Grid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emiddeldraster2">
    <w:name w:val="Medium Grid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onkerelijst">
    <w:name w:val="Dark List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onkerelijst-accent2">
    <w:name w:val="Dark List Accent 2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onkerelijst-accent3">
    <w:name w:val="Dark List Accent 3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onkerelijst-accent4">
    <w:name w:val="Dark List Accent 4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onkerelijst-accent5">
    <w:name w:val="Dark List Accent 5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onkerelijst-accent6">
    <w:name w:val="Dark List Accent 6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leurrijkearcering">
    <w:name w:val="Colorful Shading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leurrijkraster">
    <w:name w:val="Colorful Grid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a-p">
    <w:name w:val="da-p"/>
    <w:basedOn w:val="Standaard"/>
    <w:rsid w:val="007F2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customStyle="1" w:styleId="Hyperlink1">
    <w:name w:val="Hyperlink1"/>
    <w:basedOn w:val="Standaardalinea-lettertype"/>
    <w:rsid w:val="007F2347"/>
  </w:style>
  <w:style w:type="character" w:customStyle="1" w:styleId="yt-core-attributed-string--link-inherit-color">
    <w:name w:val="yt-core-attributed-string--link-inherit-color"/>
    <w:basedOn w:val="Standaardalinea-lettertype"/>
    <w:rsid w:val="0060397E"/>
  </w:style>
  <w:style w:type="character" w:styleId="Hyperlink">
    <w:name w:val="Hyperlink"/>
    <w:basedOn w:val="Standaardalinea-lettertype"/>
    <w:uiPriority w:val="99"/>
    <w:unhideWhenUsed/>
    <w:rsid w:val="0060397E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60397E"/>
    <w:rPr>
      <w:color w:val="800080" w:themeColor="followedHyperlink"/>
      <w:u w:val="single"/>
    </w:rPr>
  </w:style>
  <w:style w:type="character" w:customStyle="1" w:styleId="verse-number">
    <w:name w:val="verse-number"/>
    <w:basedOn w:val="Standaardalinea-lettertype"/>
    <w:rsid w:val="00A71A48"/>
  </w:style>
  <w:style w:type="paragraph" w:styleId="Normaalweb">
    <w:name w:val="Normal (Web)"/>
    <w:basedOn w:val="Standaard"/>
    <w:uiPriority w:val="99"/>
    <w:unhideWhenUsed/>
    <w:rsid w:val="00A7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customStyle="1" w:styleId="mb-4">
    <w:name w:val="mb-4"/>
    <w:basedOn w:val="Standaard"/>
    <w:rsid w:val="005D7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06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36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8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8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X8y3h4StPI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C71B13-6BF6-4D2F-B62C-8064AB9DA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646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Coby de Boer</cp:lastModifiedBy>
  <cp:revision>7</cp:revision>
  <dcterms:created xsi:type="dcterms:W3CDTF">2025-10-29T21:41:00Z</dcterms:created>
  <dcterms:modified xsi:type="dcterms:W3CDTF">2025-10-29T21:53:00Z</dcterms:modified>
  <cp:category/>
</cp:coreProperties>
</file>